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41248" cy="73971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ybu_logo_crop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1248" cy="73971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472"/>
            <w:tcBorders>
              <w:top w:val="single" w:sz="0" w:color="FFFFFF"/>
              <w:left w:val="single" w:sz="0" w:color="FFFFFF"/>
              <w:bottom w:val="single" w:sz="0" w:color="FFFFFF"/>
              <w:right w:val="single" w:sz="0" w:color="FFFFFF"/>
              <w:insideH w:val="single" w:sz="0" w:color="FFFFFF"/>
              <w:insideV w:val="single" w:sz="0" w:color="FFFFFF"/>
            </w:tcBorders>
          </w:tcPr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002D72"/>
                <w:sz w:val="22"/>
              </w:rPr>
              <w:t>ANKARA YILDIRIM BEYAZIT ÜNİVERSİTESİ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color w:val="002D72"/>
                <w:sz w:val="18"/>
              </w:rPr>
              <w:t>Sağlık, Kültür ve Spor Daire Başkanlığı</w:t>
            </w:r>
          </w:p>
          <w:p>
            <w:pPr>
              <w:spacing w:after="0"/>
              <w:jc w:val="right"/>
            </w:pPr>
            <w:r>
              <w:rPr>
                <w:rFonts w:ascii="Arial" w:hAnsi="Arial"/>
                <w:b/>
                <w:color w:val="00AFC8"/>
                <w:sz w:val="18"/>
              </w:rPr>
              <w:t>Spor Hizmetleri Şube Müdürlüğü</w:t>
            </w:r>
          </w:p>
        </w:tc>
      </w:tr>
    </w:tbl>
    <w:p>
      <w:pPr>
        <w:pStyle w:val="Title"/>
        <w:jc w:val="center"/>
      </w:pPr>
      <w:r>
        <w:t>AYBÜ FAKÜLTELER ARASI FUTBOL LİGİ TAKIM KATILIM FORMU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EAF8F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002D72"/>
                <w:sz w:val="18"/>
              </w:rPr>
              <w:t>Fakülte</w:t>
            </w:r>
          </w:p>
        </w:tc>
        <w:tc>
          <w:tcPr>
            <w:tcW w:type="dxa" w:w="813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EAF8F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002D72"/>
                <w:sz w:val="18"/>
              </w:rPr>
              <w:t>Takım Adı</w:t>
            </w:r>
          </w:p>
        </w:tc>
        <w:tc>
          <w:tcPr>
            <w:tcW w:type="dxa" w:w="813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EAF8F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002D72"/>
                <w:sz w:val="18"/>
              </w:rPr>
              <w:t>Takım Teknik Sorumlusu</w:t>
            </w:r>
          </w:p>
        </w:tc>
        <w:tc>
          <w:tcPr>
            <w:tcW w:type="dxa" w:w="813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EAF8F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002D72"/>
                <w:sz w:val="18"/>
              </w:rPr>
              <w:t>Unvanı / Görevi</w:t>
            </w:r>
          </w:p>
        </w:tc>
        <w:tc>
          <w:tcPr>
            <w:tcW w:type="dxa" w:w="813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  <w:tr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EAF8FB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/>
                <w:color w:val="002D72"/>
                <w:sz w:val="18"/>
              </w:rPr>
              <w:t>Telefon / E-posta</w:t>
            </w:r>
          </w:p>
        </w:tc>
        <w:tc>
          <w:tcPr>
            <w:tcW w:type="dxa" w:w="813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8"/>
              </w:rPr>
            </w:r>
          </w:p>
        </w:tc>
      </w:tr>
    </w:tbl>
    <w:p>
      <w:pPr>
        <w:spacing w:before="80" w:after="40"/>
      </w:pPr>
      <w:r>
        <w:rPr>
          <w:rFonts w:ascii="Arial" w:hAnsi="Arial"/>
          <w:b/>
          <w:color w:val="002D72"/>
          <w:sz w:val="20"/>
        </w:rPr>
        <w:t>TAKIM OYUNCU LİSTESİ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2736"/>
        <w:gridCol w:w="2736"/>
        <w:gridCol w:w="2736"/>
      </w:tblGrid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002D72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Sıra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002D72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Adı Soyadı</w:t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002D72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Öğrenci Numarası</w:t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002D72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FFFFFF"/>
                <w:sz w:val="17"/>
              </w:rPr>
              <w:t>İletişim Bilgisi</w:t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2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3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4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5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6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7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8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9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10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11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12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13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14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15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16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17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  <w:tr>
        <w:tc>
          <w:tcPr>
            <w:tcW w:type="dxa" w:w="691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  <w:t>18</w:t>
            </w:r>
          </w:p>
        </w:tc>
        <w:tc>
          <w:tcPr>
            <w:tcW w:type="dxa" w:w="4320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2376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  <w:tc>
          <w:tcPr>
            <w:tcW w:type="dxa" w:w="3168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F5FBFD"/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6"/>
              </w:rPr>
            </w:r>
          </w:p>
        </w:tc>
      </w:tr>
    </w:tbl>
    <w:p>
      <w:pPr>
        <w:spacing w:before="80" w:after="80"/>
        <w:jc w:val="both"/>
      </w:pPr>
      <w:r>
        <w:rPr>
          <w:b/>
          <w:color w:val="002D72"/>
        </w:rPr>
        <w:t xml:space="preserve">Taahhüt: </w:t>
      </w:r>
      <w:r>
        <w:t>Yukarıda isimleri bulunan öğrencilerin fakültemiz öğrencileri olduğunu ve takımımızın müsabakalara ilan edilen turnuva talimatı, halı saha oyun kuralları ve sportmenlik esasları çerçevesinde katılacağını taahhüt ederiz.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5472"/>
        <w:gridCol w:w="5472"/>
      </w:tblGrid>
      <w:tr>
        <w:tc>
          <w:tcPr>
            <w:tcW w:type="dxa" w:w="5472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EAF8FB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2D72"/>
                <w:sz w:val="18"/>
              </w:rPr>
              <w:t>Takım Teknik Sorumlusu</w:t>
            </w:r>
          </w:p>
        </w:tc>
        <w:tc>
          <w:tcPr>
            <w:tcW w:type="dxa" w:w="5472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  <w:shd w:fill="EAF8FB"/>
          </w:tcPr>
          <w:p>
            <w:pPr>
              <w:spacing w:after="0"/>
              <w:jc w:val="center"/>
            </w:pPr>
            <w:r/>
            <w:r>
              <w:rPr>
                <w:rFonts w:ascii="Arial" w:hAnsi="Arial"/>
                <w:b/>
                <w:color w:val="002D72"/>
                <w:sz w:val="18"/>
              </w:rPr>
              <w:t>Fakülte Dekanlığı Onayı</w:t>
            </w:r>
          </w:p>
        </w:tc>
      </w:tr>
      <w:tr>
        <w:tc>
          <w:tcPr>
            <w:tcW w:type="dxa" w:w="5472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Ad Soyad:</w:t>
              <w:br/>
              <w:t>Tarih:</w:t>
              <w:br/>
              <w:t>İmza:</w:t>
            </w:r>
          </w:p>
        </w:tc>
        <w:tc>
          <w:tcPr>
            <w:tcW w:type="dxa" w:w="5472"/>
            <w:vAlign w:val="center"/>
            <w:tcMar>
              <w:top w:w="65" w:type="dxa"/>
              <w:start w:w="90" w:type="dxa"/>
              <w:bottom w:w="65" w:type="dxa"/>
              <w:end w:w="90" w:type="dxa"/>
            </w:tcMar>
            <w:tcBorders>
              <w:top w:val="single" w:sz="6" w:color="B8CDD6"/>
              <w:left w:val="single" w:sz="6" w:color="B8CDD6"/>
              <w:bottom w:val="single" w:sz="6" w:color="B8CDD6"/>
              <w:right w:val="single" w:sz="6" w:color="B8CDD6"/>
              <w:insideH w:val="single" w:sz="6" w:color="B8CDD6"/>
              <w:insideV w:val="single" w:sz="6" w:color="B8CDD6"/>
            </w:tcBorders>
          </w:tcPr>
          <w:p>
            <w:pPr>
              <w:spacing w:after="0"/>
              <w:jc w:val="left"/>
            </w:pPr>
            <w:r/>
            <w:r>
              <w:rPr>
                <w:rFonts w:ascii="Arial" w:hAnsi="Arial"/>
                <w:b w:val="0"/>
                <w:color w:val="000000"/>
                <w:sz w:val="17"/>
              </w:rPr>
              <w:t>Yetkili Ad Soyad / Unvan:</w:t>
              <w:br/>
              <w:t>Tarih:</w:t>
              <w:br/>
              <w:t>İmza ve Kaşe:</w:t>
            </w:r>
          </w:p>
        </w:tc>
      </w:tr>
    </w:tbl>
    <w:sectPr w:rsidR="00FC693F" w:rsidRPr="0006063C" w:rsidSect="00034616">
      <w:footerReference w:type="default" r:id="rId10"/>
      <w:pgSz w:w="12240" w:h="15840"/>
      <w:pgMar w:top="461" w:right="648" w:bottom="490" w:left="64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color w:val="002D72"/>
        <w:sz w:val="15"/>
      </w:rPr>
      <w:t>Sağlık, Kültür ve Spor Daire Başkanlığı  •  Spor Hizmetleri Şube Müdürlüğü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Arial" w:hAnsi="Arial"/>
      <w:color w:val="000000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