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Ind w:w="38" w:type="dxa"/>
        <w:tblLook w:val="04A0" w:firstRow="1" w:lastRow="0" w:firstColumn="1" w:lastColumn="0" w:noHBand="0" w:noVBand="1"/>
      </w:tblPr>
      <w:tblGrid>
        <w:gridCol w:w="1722"/>
        <w:gridCol w:w="1722"/>
        <w:gridCol w:w="1709"/>
        <w:gridCol w:w="1722"/>
        <w:gridCol w:w="1717"/>
      </w:tblGrid>
      <w:tr w:rsidR="001A5203" w:rsidRPr="00D63266" w14:paraId="14FB4358" w14:textId="77777777" w:rsidTr="00E56066">
        <w:tc>
          <w:tcPr>
            <w:tcW w:w="8780" w:type="dxa"/>
            <w:gridSpan w:val="5"/>
          </w:tcPr>
          <w:p w14:paraId="62B7097F" w14:textId="77777777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T.C.</w:t>
            </w:r>
          </w:p>
          <w:p w14:paraId="41C331C7" w14:textId="77777777" w:rsidR="001A5203" w:rsidRPr="00D63266" w:rsidRDefault="001A5203" w:rsidP="00D632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ANKARA YILDIRIM BEYAZIT ÜNİVERSİTESİ</w:t>
            </w:r>
          </w:p>
          <w:p w14:paraId="3B666B60" w14:textId="77777777" w:rsidR="001A5203" w:rsidRPr="00D63266" w:rsidRDefault="001A5203" w:rsidP="00D632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SAĞLIK BİLİMLERİ FAKÜLTESİ</w:t>
            </w:r>
          </w:p>
          <w:p w14:paraId="03B9F524" w14:textId="77777777" w:rsidR="001A5203" w:rsidRPr="00D63266" w:rsidRDefault="001A5203" w:rsidP="00D632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ÇOCUK GELİŞİMİ BÖLÜMÜ</w:t>
            </w:r>
          </w:p>
          <w:p w14:paraId="024E85F8" w14:textId="5C70B74C" w:rsidR="001A5203" w:rsidRPr="00D63266" w:rsidRDefault="001A5203" w:rsidP="00D632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2023-2024 EĞİTİM ÖĞRETİM YILI</w:t>
            </w:r>
          </w:p>
          <w:p w14:paraId="2AD6FED7" w14:textId="641DFBF1" w:rsidR="001A5203" w:rsidRPr="00D63266" w:rsidRDefault="001A5203" w:rsidP="00D63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BAHAR DÖNEMİ ARA SINAV TAKVİMİ</w:t>
            </w:r>
          </w:p>
        </w:tc>
      </w:tr>
      <w:tr w:rsidR="001A5203" w:rsidRPr="00D63266" w14:paraId="4142D467" w14:textId="77777777" w:rsidTr="001A5203">
        <w:tc>
          <w:tcPr>
            <w:tcW w:w="1756" w:type="dxa"/>
          </w:tcPr>
          <w:p w14:paraId="06533428" w14:textId="62BA4A62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15 Nisan 2024 </w:t>
            </w:r>
            <w:proofErr w:type="spellStart"/>
            <w:r w:rsidRPr="00D63266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Pazartesi</w:t>
            </w:r>
            <w:proofErr w:type="spellEnd"/>
          </w:p>
        </w:tc>
        <w:tc>
          <w:tcPr>
            <w:tcW w:w="1756" w:type="dxa"/>
          </w:tcPr>
          <w:p w14:paraId="410483F3" w14:textId="1FC47422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16 Nisan 2024 </w:t>
            </w:r>
            <w:proofErr w:type="spellStart"/>
            <w:r w:rsidRPr="00D63266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Salı</w:t>
            </w:r>
            <w:proofErr w:type="spellEnd"/>
          </w:p>
        </w:tc>
        <w:tc>
          <w:tcPr>
            <w:tcW w:w="1756" w:type="dxa"/>
          </w:tcPr>
          <w:p w14:paraId="6546DB90" w14:textId="4EA810B8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17 Nisan 2024 </w:t>
            </w:r>
            <w:proofErr w:type="spellStart"/>
            <w:r w:rsidRPr="00D63266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Çarşamba</w:t>
            </w:r>
            <w:proofErr w:type="spellEnd"/>
          </w:p>
        </w:tc>
        <w:tc>
          <w:tcPr>
            <w:tcW w:w="1756" w:type="dxa"/>
          </w:tcPr>
          <w:p w14:paraId="6A621ECB" w14:textId="209650EA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18 Nisan 2024 </w:t>
            </w:r>
            <w:proofErr w:type="spellStart"/>
            <w:r w:rsidRPr="00D63266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Perşembe</w:t>
            </w:r>
            <w:proofErr w:type="spellEnd"/>
          </w:p>
        </w:tc>
        <w:tc>
          <w:tcPr>
            <w:tcW w:w="1756" w:type="dxa"/>
          </w:tcPr>
          <w:p w14:paraId="514438C6" w14:textId="41AAF454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19 Nisan 2024 Cuma</w:t>
            </w:r>
          </w:p>
        </w:tc>
      </w:tr>
      <w:tr w:rsidR="001A5203" w:rsidRPr="00D63266" w14:paraId="79C1ED2C" w14:textId="77777777" w:rsidTr="001A5203">
        <w:tc>
          <w:tcPr>
            <w:tcW w:w="1756" w:type="dxa"/>
          </w:tcPr>
          <w:p w14:paraId="75DEAFBF" w14:textId="77777777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ÇGL 402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Okul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ve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Ergenlik</w:t>
            </w:r>
            <w:proofErr w:type="spellEnd"/>
          </w:p>
          <w:p w14:paraId="3BDB5068" w14:textId="55E90608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Doç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Dr. Burçin AYSU</w:t>
            </w: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10:00-11:00</w:t>
            </w: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BZ10-BZ12</w:t>
            </w:r>
          </w:p>
        </w:tc>
        <w:tc>
          <w:tcPr>
            <w:tcW w:w="1756" w:type="dxa"/>
          </w:tcPr>
          <w:p w14:paraId="25D06278" w14:textId="77777777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ÇGL 268 Aile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ve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Çocuk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Hukuku</w:t>
            </w:r>
            <w:proofErr w:type="spellEnd"/>
          </w:p>
          <w:p w14:paraId="67A86937" w14:textId="58AFADB2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Arş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Gör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Dr. Büşra CÖMERT AKBAY</w:t>
            </w: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10:00-11:00</w:t>
            </w: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BZ10</w:t>
            </w:r>
          </w:p>
        </w:tc>
        <w:tc>
          <w:tcPr>
            <w:tcW w:w="1756" w:type="dxa"/>
          </w:tcPr>
          <w:p w14:paraId="738952CC" w14:textId="77777777" w:rsidR="00D63266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ÇGL 366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Kaynaştırma</w:t>
            </w:r>
            <w:proofErr w:type="spellEnd"/>
          </w:p>
          <w:p w14:paraId="42D94F1A" w14:textId="742F5C75" w:rsidR="001A5203" w:rsidRPr="00D63266" w:rsidRDefault="00D63266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Gör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Ercan ERİNÇ</w:t>
            </w:r>
            <w:r w:rsidR="001A5203"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10:00-10:50</w:t>
            </w:r>
            <w:r w:rsidR="001A5203"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BZ10-BZ12</w:t>
            </w:r>
          </w:p>
        </w:tc>
        <w:tc>
          <w:tcPr>
            <w:tcW w:w="1756" w:type="dxa"/>
          </w:tcPr>
          <w:p w14:paraId="4FEF87EB" w14:textId="77777777" w:rsidR="00D63266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ÇGL 210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Çocuk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Sağlığı</w:t>
            </w:r>
            <w:proofErr w:type="spellEnd"/>
          </w:p>
          <w:p w14:paraId="25BC7668" w14:textId="7E36B0C6" w:rsidR="001A5203" w:rsidRPr="00D63266" w:rsidRDefault="00D63266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Dr.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Üyesi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Evrim KIZILER</w:t>
            </w:r>
            <w:r w:rsidR="001A5203"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10:00-10:30</w:t>
            </w:r>
            <w:r w:rsidR="001A5203"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BZ10-BZ12</w:t>
            </w:r>
          </w:p>
        </w:tc>
        <w:tc>
          <w:tcPr>
            <w:tcW w:w="1756" w:type="dxa"/>
          </w:tcPr>
          <w:p w14:paraId="4A174514" w14:textId="77777777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1A5203" w:rsidRPr="00D63266" w14:paraId="5B83263C" w14:textId="77777777" w:rsidTr="001A5203">
        <w:tc>
          <w:tcPr>
            <w:tcW w:w="1756" w:type="dxa"/>
          </w:tcPr>
          <w:p w14:paraId="7BA89C6C" w14:textId="77777777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ÇGL 270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Teknoloji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Medya</w:t>
            </w: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ve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Çocuk</w:t>
            </w:r>
            <w:proofErr w:type="spellEnd"/>
          </w:p>
          <w:p w14:paraId="1FB4BA2E" w14:textId="10C7B0AF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Doç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Dr. Dilek ALTUN</w:t>
            </w: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11:30-12:30</w:t>
            </w: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BZ10-BZ12</w:t>
            </w:r>
          </w:p>
        </w:tc>
        <w:tc>
          <w:tcPr>
            <w:tcW w:w="1756" w:type="dxa"/>
          </w:tcPr>
          <w:p w14:paraId="151EA35C" w14:textId="77777777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ÇGL 314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Gelişimsel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Destek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Programı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Hazırlama</w:t>
            </w:r>
            <w:proofErr w:type="spellEnd"/>
          </w:p>
          <w:p w14:paraId="735740AA" w14:textId="4FE49A68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Dr.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Üyesi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H. Kübra ÖZKAN KUNDURACI</w:t>
            </w: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11:15-12:00</w:t>
            </w: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BZ10-BZ12</w:t>
            </w:r>
          </w:p>
        </w:tc>
        <w:tc>
          <w:tcPr>
            <w:tcW w:w="1756" w:type="dxa"/>
          </w:tcPr>
          <w:p w14:paraId="517A882A" w14:textId="77777777" w:rsidR="00D63266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TDL 102 Türk Dili II</w:t>
            </w:r>
          </w:p>
          <w:p w14:paraId="75589E4F" w14:textId="2615DE2A" w:rsidR="001A5203" w:rsidRPr="00D63266" w:rsidRDefault="00D63266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Gör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Gültekin LÜLECİ</w:t>
            </w:r>
            <w:r w:rsidR="001A5203"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11:00-12:00</w:t>
            </w:r>
            <w:r w:rsidR="001A5203"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BZ10-BZ12</w:t>
            </w:r>
          </w:p>
        </w:tc>
        <w:tc>
          <w:tcPr>
            <w:tcW w:w="1756" w:type="dxa"/>
          </w:tcPr>
          <w:p w14:paraId="18E08BC1" w14:textId="77777777" w:rsidR="00D63266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ÇGL 308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Ergenlik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Psikolojisi</w:t>
            </w:r>
            <w:proofErr w:type="spellEnd"/>
          </w:p>
          <w:p w14:paraId="63BE33E9" w14:textId="53B41494" w:rsidR="001A5203" w:rsidRPr="00D63266" w:rsidRDefault="00D63266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Dr.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Üyesi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Reyhan ESKİYURT</w:t>
            </w:r>
            <w:r w:rsidR="001A5203"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11:00-11:30</w:t>
            </w:r>
            <w:r w:rsidR="001A5203"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BZ10-BZ12</w:t>
            </w:r>
          </w:p>
        </w:tc>
        <w:tc>
          <w:tcPr>
            <w:tcW w:w="1756" w:type="dxa"/>
          </w:tcPr>
          <w:p w14:paraId="68715DEE" w14:textId="77777777" w:rsidR="00D63266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ÇGL 104 Genel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Fizyoloji</w:t>
            </w:r>
            <w:proofErr w:type="spellEnd"/>
          </w:p>
          <w:p w14:paraId="12DA4B30" w14:textId="2856DA5C" w:rsidR="001A5203" w:rsidRPr="00D63266" w:rsidRDefault="00D63266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Dr. Rüstem ATEŞOĞLU</w:t>
            </w:r>
            <w:r w:rsidR="001A5203"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11:00-12:00</w:t>
            </w:r>
            <w:r w:rsidR="001A5203"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BZ10-BZ12</w:t>
            </w:r>
          </w:p>
        </w:tc>
      </w:tr>
      <w:tr w:rsidR="001A5203" w:rsidRPr="00D63266" w14:paraId="30E4EEE3" w14:textId="77777777" w:rsidTr="001A5203">
        <w:tc>
          <w:tcPr>
            <w:tcW w:w="1756" w:type="dxa"/>
          </w:tcPr>
          <w:p w14:paraId="26AC6028" w14:textId="77777777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ÇGL 206 Dil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Gelişimi</w:t>
            </w:r>
            <w:proofErr w:type="spellEnd"/>
          </w:p>
          <w:p w14:paraId="515EB5AB" w14:textId="3DF1B406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Doç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Dr. Dilek ALTUN</w:t>
            </w: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13:00-14:00</w:t>
            </w: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BZ10-BZ12</w:t>
            </w:r>
          </w:p>
        </w:tc>
        <w:tc>
          <w:tcPr>
            <w:tcW w:w="1756" w:type="dxa"/>
          </w:tcPr>
          <w:p w14:paraId="123ECCA7" w14:textId="77777777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ÇGL 204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Bilişsel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Gelişim</w:t>
            </w:r>
            <w:proofErr w:type="spellEnd"/>
          </w:p>
          <w:p w14:paraId="396C5436" w14:textId="604DBEA3" w:rsidR="001A5203" w:rsidRPr="00D63266" w:rsidRDefault="00D63266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Dr.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Üyesi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H. Merve İMİR</w:t>
            </w:r>
            <w:r w:rsidR="001A5203"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13:00-14:00</w:t>
            </w:r>
            <w:r w:rsidR="001A5203"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BZ10-BZ12</w:t>
            </w:r>
          </w:p>
        </w:tc>
        <w:tc>
          <w:tcPr>
            <w:tcW w:w="1756" w:type="dxa"/>
          </w:tcPr>
          <w:p w14:paraId="48BC18D1" w14:textId="77777777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TİT 102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İnkılap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Tarihi</w:t>
            </w:r>
            <w:proofErr w:type="spellEnd"/>
          </w:p>
          <w:p w14:paraId="0BE77576" w14:textId="4F15342D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Dr.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Üyesi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Necmettin AYAN</w:t>
            </w: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13:00-13:50</w:t>
            </w: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BZ10-BZ12</w:t>
            </w:r>
          </w:p>
        </w:tc>
        <w:tc>
          <w:tcPr>
            <w:tcW w:w="1756" w:type="dxa"/>
          </w:tcPr>
          <w:p w14:paraId="4242DD25" w14:textId="77777777" w:rsidR="00D63266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ÇGL 110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Çocuk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Gelişimi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II</w:t>
            </w:r>
          </w:p>
          <w:p w14:paraId="4991DB2D" w14:textId="21976AA7" w:rsidR="001A5203" w:rsidRPr="00D63266" w:rsidRDefault="00D63266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Dr.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Üyesi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H. Merve İMİR</w:t>
            </w:r>
            <w:r w:rsidR="001A5203"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12:00-13:00</w:t>
            </w:r>
            <w:r w:rsidR="001A5203"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BZ10-BZ12</w:t>
            </w:r>
          </w:p>
        </w:tc>
        <w:tc>
          <w:tcPr>
            <w:tcW w:w="1756" w:type="dxa"/>
          </w:tcPr>
          <w:p w14:paraId="27209B00" w14:textId="77777777" w:rsidR="00D63266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SBF109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Sosyoloji</w:t>
            </w:r>
            <w:proofErr w:type="spellEnd"/>
          </w:p>
          <w:p w14:paraId="7B9226BC" w14:textId="23785742" w:rsidR="001A5203" w:rsidRPr="00D63266" w:rsidRDefault="00D63266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Prof. Dr. Mazhar BAĞLI</w:t>
            </w:r>
            <w:r w:rsidR="001A5203"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13:00-14:00</w:t>
            </w:r>
            <w:r w:rsidR="001A5203"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BZ10-BZ12</w:t>
            </w:r>
          </w:p>
        </w:tc>
      </w:tr>
      <w:tr w:rsidR="001A5203" w:rsidRPr="00D63266" w14:paraId="1CA726CF" w14:textId="77777777" w:rsidTr="001A5203">
        <w:tc>
          <w:tcPr>
            <w:tcW w:w="1756" w:type="dxa"/>
          </w:tcPr>
          <w:p w14:paraId="67ADFC54" w14:textId="77777777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ÇGL 362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Çocuk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Çalışmaları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ve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Etik</w:t>
            </w:r>
            <w:proofErr w:type="spellEnd"/>
          </w:p>
          <w:p w14:paraId="59AD4637" w14:textId="63B697B9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Dr.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Üyesi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H. Kübra ÖZKAN KUNDURACI</w:t>
            </w: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14:10-15:00</w:t>
            </w: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BZ10-BZ12</w:t>
            </w:r>
          </w:p>
        </w:tc>
        <w:tc>
          <w:tcPr>
            <w:tcW w:w="1756" w:type="dxa"/>
          </w:tcPr>
          <w:p w14:paraId="52926F65" w14:textId="77777777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ÇGL 360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Çocuk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ve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Doğa</w:t>
            </w:r>
            <w:proofErr w:type="spellEnd"/>
          </w:p>
          <w:p w14:paraId="676B9E52" w14:textId="13A2486F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Doç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Dr. Burçin AYSU</w:t>
            </w: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14:15-15:15</w:t>
            </w: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BZ10-BZ12</w:t>
            </w:r>
          </w:p>
        </w:tc>
        <w:tc>
          <w:tcPr>
            <w:tcW w:w="1756" w:type="dxa"/>
          </w:tcPr>
          <w:p w14:paraId="4BE2FB4F" w14:textId="77777777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ÇGL 264 </w:t>
            </w: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Erken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Çocukluk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Döneminde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Program Geliştirme</w:t>
            </w:r>
          </w:p>
          <w:p w14:paraId="26A590AC" w14:textId="73DF0C0F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Doç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Dr. K. Büşra KAYNAK EKİCİ</w:t>
            </w: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14:00-14:50</w:t>
            </w: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BZ10-BZ12</w:t>
            </w:r>
          </w:p>
        </w:tc>
        <w:tc>
          <w:tcPr>
            <w:tcW w:w="1756" w:type="dxa"/>
          </w:tcPr>
          <w:p w14:paraId="38ABEB01" w14:textId="77777777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A3FAC63" w14:textId="77777777" w:rsidR="00D63266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ÇGL 266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Çocuk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ve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Oyun</w:t>
            </w:r>
          </w:p>
          <w:p w14:paraId="36635B02" w14:textId="13F1E658" w:rsidR="001A5203" w:rsidRPr="00D63266" w:rsidRDefault="00D63266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Doç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Dr. Burçin AYSU</w:t>
            </w:r>
            <w:r w:rsidR="001A5203"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14:15-15:00</w:t>
            </w:r>
            <w:r w:rsidR="001A5203"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BZ10-BZ12</w:t>
            </w:r>
          </w:p>
        </w:tc>
      </w:tr>
      <w:tr w:rsidR="001A5203" w:rsidRPr="00D63266" w14:paraId="24267EE0" w14:textId="77777777" w:rsidTr="001A5203">
        <w:tc>
          <w:tcPr>
            <w:tcW w:w="1756" w:type="dxa"/>
          </w:tcPr>
          <w:p w14:paraId="3F6A148D" w14:textId="77777777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ÇGL 108 Özel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Eğitime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Giriş</w:t>
            </w:r>
            <w:proofErr w:type="spellEnd"/>
          </w:p>
          <w:p w14:paraId="4B13AF31" w14:textId="66C461EA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Gör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Zeynep ALYÜZ AKGÜL</w:t>
            </w: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15:15-16:00</w:t>
            </w: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BZ10-BZ12</w:t>
            </w:r>
          </w:p>
        </w:tc>
        <w:tc>
          <w:tcPr>
            <w:tcW w:w="1756" w:type="dxa"/>
          </w:tcPr>
          <w:p w14:paraId="0372B912" w14:textId="77777777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ÇGL164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Çocuk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Ruh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Sağlığı</w:t>
            </w:r>
            <w:proofErr w:type="spellEnd"/>
          </w:p>
          <w:p w14:paraId="4D34B61A" w14:textId="394F36E2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Doç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Dr. Birgül ÖZKAN</w:t>
            </w: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15:45-16:45</w:t>
            </w: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BZ10-BZ12</w:t>
            </w:r>
          </w:p>
        </w:tc>
        <w:tc>
          <w:tcPr>
            <w:tcW w:w="1756" w:type="dxa"/>
          </w:tcPr>
          <w:p w14:paraId="2D715B16" w14:textId="77777777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İNG 102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İngilizce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II</w:t>
            </w:r>
          </w:p>
          <w:p w14:paraId="7A3AF256" w14:textId="772F23F7" w:rsidR="001A5203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Gör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Emine KUTLU</w:t>
            </w: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15:00-16:00</w:t>
            </w: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BZ10-BZ12</w:t>
            </w:r>
          </w:p>
        </w:tc>
        <w:tc>
          <w:tcPr>
            <w:tcW w:w="1756" w:type="dxa"/>
          </w:tcPr>
          <w:p w14:paraId="1FC727E2" w14:textId="77777777" w:rsidR="00D63266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ÇGL 256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Resimlerle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Çocuk</w:t>
            </w:r>
            <w:proofErr w:type="spellEnd"/>
          </w:p>
          <w:p w14:paraId="426FC6DA" w14:textId="3651CF29" w:rsidR="001A5203" w:rsidRPr="00D63266" w:rsidRDefault="00D63266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Dr.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Üyesi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H. Kübra ÖZKAN KUNDURACI</w:t>
            </w:r>
            <w:r w:rsidR="001A5203"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15:00-15:45</w:t>
            </w:r>
            <w:r w:rsidR="001A5203"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BZ10-BZ12</w:t>
            </w:r>
          </w:p>
        </w:tc>
        <w:tc>
          <w:tcPr>
            <w:tcW w:w="1756" w:type="dxa"/>
          </w:tcPr>
          <w:p w14:paraId="3EDD75F6" w14:textId="77777777" w:rsidR="00D63266" w:rsidRPr="00D63266" w:rsidRDefault="001A5203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ÇGL 202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Beyin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Gelişimi</w:t>
            </w:r>
            <w:proofErr w:type="spellEnd"/>
          </w:p>
          <w:p w14:paraId="552C6B8A" w14:textId="468B90B0" w:rsidR="001A5203" w:rsidRPr="00D63266" w:rsidRDefault="00D63266" w:rsidP="00D63266">
            <w:pPr>
              <w:pStyle w:val="KonuBal"/>
              <w:pBdr>
                <w:bottom w:val="none" w:sz="0" w:space="0" w:color="auto"/>
              </w:pBd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Öğr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proofErr w:type="spellStart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Gör</w:t>
            </w:r>
            <w:proofErr w:type="spellEnd"/>
            <w:r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H. Bilge SERTDEMİR</w:t>
            </w:r>
            <w:r w:rsidR="001A5203"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15:15-16:00</w:t>
            </w:r>
            <w:r w:rsidR="001A5203" w:rsidRPr="00D6326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BZ10-BZ12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1A5203" w:rsidRPr="00D63266" w14:paraId="357CD75B" w14:textId="77777777">
        <w:tc>
          <w:tcPr>
            <w:tcW w:w="1728" w:type="dxa"/>
          </w:tcPr>
          <w:p w14:paraId="34F16B96" w14:textId="0E36FF97" w:rsidR="007C38B0" w:rsidRPr="00D63266" w:rsidRDefault="007C38B0" w:rsidP="00D63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</w:tcPr>
          <w:p w14:paraId="2CB92938" w14:textId="37C4A692" w:rsidR="007C38B0" w:rsidRPr="00D63266" w:rsidRDefault="007C38B0" w:rsidP="00D63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</w:tcPr>
          <w:p w14:paraId="566F0702" w14:textId="298A3FF7" w:rsidR="007C38B0" w:rsidRPr="00D63266" w:rsidRDefault="007C38B0" w:rsidP="00D63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</w:tcPr>
          <w:p w14:paraId="7C6CC45F" w14:textId="77777777" w:rsidR="007C38B0" w:rsidRPr="00D63266" w:rsidRDefault="007C38B0" w:rsidP="00D63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</w:tcPr>
          <w:p w14:paraId="73B658E2" w14:textId="104E5E74" w:rsidR="007C38B0" w:rsidRPr="00D63266" w:rsidRDefault="007C38B0" w:rsidP="00D63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5203" w:rsidRPr="00D63266" w14:paraId="437884D3" w14:textId="77777777">
        <w:tc>
          <w:tcPr>
            <w:tcW w:w="1728" w:type="dxa"/>
          </w:tcPr>
          <w:p w14:paraId="115E7E46" w14:textId="77806ACB" w:rsidR="007C38B0" w:rsidRPr="00D63266" w:rsidRDefault="007C38B0" w:rsidP="00D63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</w:tcPr>
          <w:p w14:paraId="711F1074" w14:textId="4E8FA381" w:rsidR="007C38B0" w:rsidRPr="00D63266" w:rsidRDefault="007C38B0" w:rsidP="00D63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</w:tcPr>
          <w:p w14:paraId="4FC727DA" w14:textId="60AC56ED" w:rsidR="007C38B0" w:rsidRPr="00D63266" w:rsidRDefault="007C38B0" w:rsidP="00D63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</w:tcPr>
          <w:p w14:paraId="2650BDD3" w14:textId="3B5C5818" w:rsidR="007C38B0" w:rsidRPr="00D63266" w:rsidRDefault="007C38B0" w:rsidP="00D63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</w:tcPr>
          <w:p w14:paraId="028F0326" w14:textId="6EF80172" w:rsidR="007C38B0" w:rsidRPr="00D63266" w:rsidRDefault="007C38B0" w:rsidP="00D632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18C5917" w14:textId="77777777" w:rsidR="00CA68DD" w:rsidRPr="00D63266" w:rsidRDefault="00CA68DD" w:rsidP="00D63266">
      <w:pPr>
        <w:jc w:val="center"/>
        <w:rPr>
          <w:rFonts w:ascii="Times New Roman" w:hAnsi="Times New Roman" w:cs="Times New Roman"/>
          <w:sz w:val="18"/>
          <w:szCs w:val="18"/>
        </w:rPr>
      </w:pPr>
    </w:p>
    <w:sectPr w:rsidR="00CA68DD" w:rsidRPr="00D6326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65984">
    <w:abstractNumId w:val="8"/>
  </w:num>
  <w:num w:numId="2" w16cid:durableId="458189989">
    <w:abstractNumId w:val="6"/>
  </w:num>
  <w:num w:numId="3" w16cid:durableId="1340766843">
    <w:abstractNumId w:val="5"/>
  </w:num>
  <w:num w:numId="4" w16cid:durableId="298340734">
    <w:abstractNumId w:val="4"/>
  </w:num>
  <w:num w:numId="5" w16cid:durableId="1388803023">
    <w:abstractNumId w:val="7"/>
  </w:num>
  <w:num w:numId="6" w16cid:durableId="1067067151">
    <w:abstractNumId w:val="3"/>
  </w:num>
  <w:num w:numId="7" w16cid:durableId="1262420978">
    <w:abstractNumId w:val="2"/>
  </w:num>
  <w:num w:numId="8" w16cid:durableId="1305620469">
    <w:abstractNumId w:val="1"/>
  </w:num>
  <w:num w:numId="9" w16cid:durableId="333193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5203"/>
    <w:rsid w:val="001A761D"/>
    <w:rsid w:val="0029639D"/>
    <w:rsid w:val="00326F90"/>
    <w:rsid w:val="007C38B0"/>
    <w:rsid w:val="00AA1D8D"/>
    <w:rsid w:val="00B47730"/>
    <w:rsid w:val="00CA68DD"/>
    <w:rsid w:val="00CB0664"/>
    <w:rsid w:val="00D6326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E30546"/>
  <w14:defaultImageDpi w14:val="300"/>
  <w15:docId w15:val="{C5BF1290-5738-4D7F-B792-45BC2A783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serife gokalp</cp:lastModifiedBy>
  <cp:revision>2</cp:revision>
  <dcterms:created xsi:type="dcterms:W3CDTF">2026-03-24T21:12:00Z</dcterms:created>
  <dcterms:modified xsi:type="dcterms:W3CDTF">2026-03-24T21:12:00Z</dcterms:modified>
  <cp:category/>
</cp:coreProperties>
</file>