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759E3" w14:textId="77777777" w:rsidR="00DF13E6" w:rsidRDefault="00000000">
      <w:pPr>
        <w:jc w:val="right"/>
      </w:pPr>
      <w:r>
        <w:t>…../…../……</w:t>
      </w:r>
    </w:p>
    <w:p w14:paraId="279349DF" w14:textId="77777777" w:rsidR="006D1BBA" w:rsidRDefault="006D1BBA">
      <w:pPr>
        <w:spacing w:after="0"/>
        <w:jc w:val="center"/>
        <w:rPr>
          <w:b/>
        </w:rPr>
      </w:pPr>
    </w:p>
    <w:p w14:paraId="20103A80" w14:textId="0DEF1207" w:rsidR="00DF13E6" w:rsidRDefault="00000000">
      <w:pPr>
        <w:spacing w:after="0"/>
        <w:jc w:val="center"/>
      </w:pPr>
      <w:r>
        <w:rPr>
          <w:b/>
        </w:rPr>
        <w:t>T.C.</w:t>
      </w:r>
    </w:p>
    <w:p w14:paraId="29A0FC98" w14:textId="77777777" w:rsidR="00DF13E6" w:rsidRDefault="00000000">
      <w:pPr>
        <w:spacing w:after="0"/>
        <w:jc w:val="center"/>
      </w:pPr>
      <w:r>
        <w:rPr>
          <w:b/>
        </w:rPr>
        <w:t>ANKARA YILDIRIM BEYAZIT ÜNİVERSİTESİ</w:t>
      </w:r>
    </w:p>
    <w:p w14:paraId="2007209F" w14:textId="77777777" w:rsidR="00DF13E6" w:rsidRDefault="00000000">
      <w:pPr>
        <w:spacing w:after="0"/>
        <w:jc w:val="center"/>
      </w:pPr>
      <w:r>
        <w:rPr>
          <w:b/>
        </w:rPr>
        <w:t>MÜHENDİSLİK VE DOĞA BİLİMLERİ FAKÜLTESİ</w:t>
      </w:r>
    </w:p>
    <w:p w14:paraId="4C7B3F97" w14:textId="77777777" w:rsidR="00DF13E6" w:rsidRDefault="00000000">
      <w:pPr>
        <w:spacing w:after="0"/>
        <w:jc w:val="center"/>
      </w:pPr>
      <w:r>
        <w:rPr>
          <w:b/>
        </w:rPr>
        <w:t>ENDÜSTRİ MÜHENDİSLİĞİ BÖLÜM BAŞKANLIĞINA</w:t>
      </w:r>
    </w:p>
    <w:p w14:paraId="2F4356CD" w14:textId="77777777" w:rsidR="00DF13E6" w:rsidRDefault="00DF13E6">
      <w:pPr>
        <w:spacing w:after="120"/>
      </w:pPr>
    </w:p>
    <w:p w14:paraId="4565D33C" w14:textId="77777777" w:rsidR="00DF13E6" w:rsidRDefault="00000000">
      <w:pPr>
        <w:spacing w:after="160"/>
        <w:ind w:firstLine="709"/>
        <w:jc w:val="both"/>
      </w:pPr>
      <w:r>
        <w:t>Bölümünüz ………………………………… öğrenci numaralı öğrencisiyim. Müfredat kapsamında yer alan iki zorunlu stajımı tamamladım ve genel not ortalamam …………’dir.</w:t>
      </w:r>
    </w:p>
    <w:p w14:paraId="6E6579B0" w14:textId="77777777" w:rsidR="00DF13E6" w:rsidRDefault="00000000">
      <w:pPr>
        <w:spacing w:after="160"/>
        <w:ind w:firstLine="709"/>
        <w:jc w:val="both"/>
      </w:pPr>
      <w:r>
        <w:t>Önümüzdeki dönem açılacak olan ENGR450 İşletmede Mesleki Eğitim dersini almak istiyorum.</w:t>
      </w:r>
    </w:p>
    <w:p w14:paraId="45FA4D6C" w14:textId="77777777" w:rsidR="00DF13E6" w:rsidRDefault="00000000">
      <w:pPr>
        <w:spacing w:after="160"/>
        <w:ind w:firstLine="709"/>
        <w:jc w:val="both"/>
      </w:pPr>
      <w:r>
        <w:t>ENGR450 kapsamında eğitim almayı planladığım işletmeye ilişkin bilgiler aşağıda sunulmuştur: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102"/>
      </w:tblGrid>
      <w:tr w:rsidR="00DF13E6" w14:paraId="4F8CC06B" w14:textId="77777777" w:rsidTr="006D1BBA">
        <w:trPr>
          <w:trHeight w:val="506"/>
          <w:jc w:val="center"/>
        </w:trPr>
        <w:tc>
          <w:tcPr>
            <w:tcW w:w="3969" w:type="dxa"/>
            <w:vAlign w:val="center"/>
          </w:tcPr>
          <w:p w14:paraId="2E790512" w14:textId="77777777" w:rsidR="00DF13E6" w:rsidRDefault="00000000">
            <w:r>
              <w:rPr>
                <w:b/>
                <w:sz w:val="22"/>
              </w:rPr>
              <w:t>Firma Adı</w:t>
            </w:r>
          </w:p>
        </w:tc>
        <w:tc>
          <w:tcPr>
            <w:tcW w:w="5102" w:type="dxa"/>
            <w:vAlign w:val="center"/>
          </w:tcPr>
          <w:p w14:paraId="73C45F66" w14:textId="6369F586" w:rsidR="00DF13E6" w:rsidRDefault="00DF13E6"/>
        </w:tc>
      </w:tr>
      <w:tr w:rsidR="00DF13E6" w14:paraId="3B13B2BE" w14:textId="77777777" w:rsidTr="006D1BBA">
        <w:trPr>
          <w:trHeight w:val="506"/>
          <w:jc w:val="center"/>
        </w:trPr>
        <w:tc>
          <w:tcPr>
            <w:tcW w:w="3969" w:type="dxa"/>
            <w:vAlign w:val="center"/>
          </w:tcPr>
          <w:p w14:paraId="65BEA628" w14:textId="77777777" w:rsidR="00DF13E6" w:rsidRDefault="00000000">
            <w:r>
              <w:rPr>
                <w:b/>
                <w:sz w:val="22"/>
              </w:rPr>
              <w:t>Faaliyet Alanı</w:t>
            </w:r>
          </w:p>
        </w:tc>
        <w:tc>
          <w:tcPr>
            <w:tcW w:w="5102" w:type="dxa"/>
            <w:vAlign w:val="center"/>
          </w:tcPr>
          <w:p w14:paraId="5DF92BD7" w14:textId="72FCFC1B" w:rsidR="00DF13E6" w:rsidRDefault="00DF13E6"/>
        </w:tc>
      </w:tr>
      <w:tr w:rsidR="00DF13E6" w14:paraId="5E6A4544" w14:textId="77777777" w:rsidTr="006D1BBA">
        <w:trPr>
          <w:trHeight w:val="506"/>
          <w:jc w:val="center"/>
        </w:trPr>
        <w:tc>
          <w:tcPr>
            <w:tcW w:w="3969" w:type="dxa"/>
            <w:vAlign w:val="center"/>
          </w:tcPr>
          <w:p w14:paraId="7DBD027B" w14:textId="77777777" w:rsidR="00DF13E6" w:rsidRDefault="00000000">
            <w:r>
              <w:rPr>
                <w:b/>
                <w:sz w:val="22"/>
              </w:rPr>
              <w:t>Çalışan Sayısı</w:t>
            </w:r>
          </w:p>
        </w:tc>
        <w:tc>
          <w:tcPr>
            <w:tcW w:w="5102" w:type="dxa"/>
            <w:vAlign w:val="center"/>
          </w:tcPr>
          <w:p w14:paraId="57151242" w14:textId="6E607D42" w:rsidR="00DF13E6" w:rsidRDefault="00DF13E6"/>
        </w:tc>
      </w:tr>
      <w:tr w:rsidR="00DF13E6" w14:paraId="437C43CA" w14:textId="77777777" w:rsidTr="006D1BBA">
        <w:trPr>
          <w:trHeight w:val="506"/>
          <w:jc w:val="center"/>
        </w:trPr>
        <w:tc>
          <w:tcPr>
            <w:tcW w:w="3969" w:type="dxa"/>
            <w:vAlign w:val="center"/>
          </w:tcPr>
          <w:p w14:paraId="2DF032FF" w14:textId="77777777" w:rsidR="00DF13E6" w:rsidRDefault="00000000">
            <w:r>
              <w:rPr>
                <w:b/>
                <w:sz w:val="22"/>
              </w:rPr>
              <w:t>Firmada Görev Yapan Endüstri Mühendisi Sayısı</w:t>
            </w:r>
          </w:p>
        </w:tc>
        <w:tc>
          <w:tcPr>
            <w:tcW w:w="5102" w:type="dxa"/>
            <w:vAlign w:val="center"/>
          </w:tcPr>
          <w:p w14:paraId="72E12CB0" w14:textId="06B24B16" w:rsidR="00DF13E6" w:rsidRDefault="00DF13E6"/>
        </w:tc>
      </w:tr>
      <w:tr w:rsidR="00DF13E6" w14:paraId="1DEE2A30" w14:textId="77777777" w:rsidTr="006D1BBA">
        <w:trPr>
          <w:trHeight w:val="506"/>
          <w:jc w:val="center"/>
        </w:trPr>
        <w:tc>
          <w:tcPr>
            <w:tcW w:w="3969" w:type="dxa"/>
            <w:vAlign w:val="center"/>
          </w:tcPr>
          <w:p w14:paraId="11416CEF" w14:textId="77777777" w:rsidR="00DF13E6" w:rsidRDefault="00000000">
            <w:r>
              <w:rPr>
                <w:b/>
                <w:sz w:val="22"/>
              </w:rPr>
              <w:t>Firmada Görev Yapan Toplam Mühendis Sayısı</w:t>
            </w:r>
          </w:p>
        </w:tc>
        <w:tc>
          <w:tcPr>
            <w:tcW w:w="5102" w:type="dxa"/>
            <w:vAlign w:val="center"/>
          </w:tcPr>
          <w:p w14:paraId="15FCCA6B" w14:textId="00F73315" w:rsidR="00DF13E6" w:rsidRDefault="00DF13E6"/>
        </w:tc>
      </w:tr>
      <w:tr w:rsidR="00DF13E6" w14:paraId="2BFDDB61" w14:textId="77777777" w:rsidTr="006D1BBA">
        <w:trPr>
          <w:trHeight w:val="506"/>
          <w:jc w:val="center"/>
        </w:trPr>
        <w:tc>
          <w:tcPr>
            <w:tcW w:w="3969" w:type="dxa"/>
            <w:vAlign w:val="center"/>
          </w:tcPr>
          <w:p w14:paraId="54D53992" w14:textId="77777777" w:rsidR="00DF13E6" w:rsidRDefault="00000000">
            <w:r>
              <w:rPr>
                <w:b/>
                <w:sz w:val="22"/>
              </w:rPr>
              <w:t>Firmanın Yürüttüğü Başlıca Faaliyetler</w:t>
            </w:r>
          </w:p>
        </w:tc>
        <w:tc>
          <w:tcPr>
            <w:tcW w:w="5102" w:type="dxa"/>
            <w:vAlign w:val="center"/>
          </w:tcPr>
          <w:p w14:paraId="130E707B" w14:textId="266F66ED" w:rsidR="00DF13E6" w:rsidRDefault="00DF13E6"/>
        </w:tc>
      </w:tr>
    </w:tbl>
    <w:p w14:paraId="44D5D0A9" w14:textId="77777777" w:rsidR="00DF13E6" w:rsidRDefault="00DF13E6">
      <w:pPr>
        <w:spacing w:after="160"/>
      </w:pPr>
    </w:p>
    <w:p w14:paraId="59B2B49E" w14:textId="77777777" w:rsidR="00DF13E6" w:rsidRDefault="00000000">
      <w:pPr>
        <w:ind w:firstLine="709"/>
        <w:jc w:val="both"/>
      </w:pPr>
      <w:r>
        <w:t>Gereğini bilgilerinize arz ederim.</w:t>
      </w:r>
    </w:p>
    <w:p w14:paraId="37C7E758" w14:textId="77777777" w:rsidR="00DF13E6" w:rsidRDefault="00DF13E6">
      <w:pPr>
        <w:spacing w:after="240"/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DF13E6" w14:paraId="30A33140" w14:textId="77777777">
        <w:trPr>
          <w:jc w:val="right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0B02DB8F" w14:textId="77777777" w:rsidR="00DF13E6" w:rsidRDefault="00DF13E6"/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07ADC675" w14:textId="77777777" w:rsidR="00DF13E6" w:rsidRDefault="00000000">
            <w:pPr>
              <w:spacing w:after="80"/>
            </w:pPr>
            <w:r>
              <w:rPr>
                <w:b/>
              </w:rPr>
              <w:t>Ad Soyad:</w:t>
            </w:r>
          </w:p>
        </w:tc>
      </w:tr>
      <w:tr w:rsidR="00DF13E6" w14:paraId="5FF48952" w14:textId="77777777">
        <w:trPr>
          <w:jc w:val="right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7FA5274F" w14:textId="77777777" w:rsidR="00DF13E6" w:rsidRDefault="00DF13E6"/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7DE1F157" w14:textId="77777777" w:rsidR="00DF13E6" w:rsidRDefault="00000000">
            <w:pPr>
              <w:spacing w:after="80"/>
            </w:pPr>
            <w:r>
              <w:rPr>
                <w:b/>
              </w:rPr>
              <w:t>Öğrenci No:</w:t>
            </w:r>
          </w:p>
        </w:tc>
      </w:tr>
      <w:tr w:rsidR="00DF13E6" w14:paraId="6900EB09" w14:textId="77777777">
        <w:trPr>
          <w:jc w:val="right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4344EC3A" w14:textId="77777777" w:rsidR="00DF13E6" w:rsidRDefault="00DF13E6"/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462733F4" w14:textId="77777777" w:rsidR="00DF13E6" w:rsidRDefault="00000000">
            <w:pPr>
              <w:spacing w:after="80"/>
            </w:pPr>
            <w:r>
              <w:rPr>
                <w:b/>
              </w:rPr>
              <w:t>İmza:</w:t>
            </w:r>
          </w:p>
        </w:tc>
      </w:tr>
    </w:tbl>
    <w:p w14:paraId="6345987A" w14:textId="77777777" w:rsidR="0009757E" w:rsidRDefault="0009757E"/>
    <w:sectPr w:rsidR="0009757E" w:rsidSect="00034616">
      <w:pgSz w:w="12240" w:h="15840"/>
      <w:pgMar w:top="1020" w:right="141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100767">
    <w:abstractNumId w:val="8"/>
  </w:num>
  <w:num w:numId="2" w16cid:durableId="1177766779">
    <w:abstractNumId w:val="6"/>
  </w:num>
  <w:num w:numId="3" w16cid:durableId="1419018098">
    <w:abstractNumId w:val="5"/>
  </w:num>
  <w:num w:numId="4" w16cid:durableId="2121533783">
    <w:abstractNumId w:val="4"/>
  </w:num>
  <w:num w:numId="5" w16cid:durableId="1150827938">
    <w:abstractNumId w:val="7"/>
  </w:num>
  <w:num w:numId="6" w16cid:durableId="1419523881">
    <w:abstractNumId w:val="3"/>
  </w:num>
  <w:num w:numId="7" w16cid:durableId="397948205">
    <w:abstractNumId w:val="2"/>
  </w:num>
  <w:num w:numId="8" w16cid:durableId="317418784">
    <w:abstractNumId w:val="1"/>
  </w:num>
  <w:num w:numId="9" w16cid:durableId="1719433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57E"/>
    <w:rsid w:val="0015074B"/>
    <w:rsid w:val="0029639D"/>
    <w:rsid w:val="00326F90"/>
    <w:rsid w:val="00404300"/>
    <w:rsid w:val="006D1BBA"/>
    <w:rsid w:val="00AA1D8D"/>
    <w:rsid w:val="00B47730"/>
    <w:rsid w:val="00BC632D"/>
    <w:rsid w:val="00CB0664"/>
    <w:rsid w:val="00DF13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33A43"/>
  <w14:defaultImageDpi w14:val="300"/>
  <w15:docId w15:val="{662DBF76-1602-1246-995C-B4CECE48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Yağmur Arıöz</cp:lastModifiedBy>
  <cp:revision>2</cp:revision>
  <dcterms:created xsi:type="dcterms:W3CDTF">2026-10-04T14:52:00Z</dcterms:created>
  <dcterms:modified xsi:type="dcterms:W3CDTF">2026-10-04T14:52:00Z</dcterms:modified>
  <cp:category/>
</cp:coreProperties>
</file>