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jc w:val="center"/>
        <w:tblBorders>
          <w:top w:val="single" w:sz="12" w:space="0" w:color="000000"/>
          <w:left w:val="single" w:sz="12" w:space="0" w:color="000000"/>
          <w:bottom w:val="single" w:sz="12" w:space="0" w:color="000000"/>
          <w:right w:val="single" w:sz="12" w:space="0" w:color="000000"/>
          <w:insideH w:val="nil"/>
          <w:insideV w:val="nil"/>
        </w:tblBorders>
        <w:tblLayout w:type="fixed"/>
        <w:tblLook w:val="04A0" w:firstRow="1" w:lastRow="0" w:firstColumn="1" w:lastColumn="0" w:noHBand="0" w:noVBand="1"/>
      </w:tblPr>
      <w:tblGrid>
        <w:gridCol w:w="4968"/>
        <w:gridCol w:w="4968"/>
      </w:tblGrid>
      <w:tr w:rsidR="00171A39" w14:paraId="2F4F76B9" w14:textId="77777777">
        <w:trPr>
          <w:cantSplit/>
          <w:jc w:val="center"/>
        </w:trPr>
        <w:tc>
          <w:tcPr>
            <w:tcW w:w="4968" w:type="dxa"/>
            <w:tcMar>
              <w:top w:w="100" w:type="dxa"/>
              <w:left w:w="100" w:type="dxa"/>
              <w:bottom w:w="100" w:type="dxa"/>
              <w:right w:w="100" w:type="dxa"/>
            </w:tcMar>
            <w:vAlign w:val="center"/>
          </w:tcPr>
          <w:p w14:paraId="7077862D" w14:textId="77777777" w:rsidR="00171A39" w:rsidRDefault="00000000">
            <w:pPr>
              <w:jc w:val="center"/>
            </w:pPr>
            <w:r>
              <w:rPr>
                <w:noProof/>
              </w:rPr>
              <w:drawing>
                <wp:inline distT="0" distB="0" distL="0" distR="0" wp14:anchorId="0AEFA61A" wp14:editId="26C3F10A">
                  <wp:extent cx="868680" cy="92564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ybu_logo.jpeg"/>
                          <pic:cNvPicPr/>
                        </pic:nvPicPr>
                        <pic:blipFill>
                          <a:blip r:embed="rId8"/>
                          <a:stretch>
                            <a:fillRect/>
                          </a:stretch>
                        </pic:blipFill>
                        <pic:spPr>
                          <a:xfrm>
                            <a:off x="0" y="0"/>
                            <a:ext cx="868680" cy="925642"/>
                          </a:xfrm>
                          <a:prstGeom prst="rect">
                            <a:avLst/>
                          </a:prstGeom>
                        </pic:spPr>
                      </pic:pic>
                    </a:graphicData>
                  </a:graphic>
                </wp:inline>
              </w:drawing>
            </w:r>
          </w:p>
        </w:tc>
        <w:tc>
          <w:tcPr>
            <w:tcW w:w="4968" w:type="dxa"/>
            <w:tcMar>
              <w:top w:w="100" w:type="dxa"/>
              <w:left w:w="100" w:type="dxa"/>
              <w:bottom w:w="100" w:type="dxa"/>
              <w:right w:w="100" w:type="dxa"/>
            </w:tcMar>
            <w:vAlign w:val="center"/>
          </w:tcPr>
          <w:p w14:paraId="34635326" w14:textId="77777777" w:rsidR="00171A39" w:rsidRDefault="00000000">
            <w:pPr>
              <w:spacing w:after="0"/>
              <w:jc w:val="center"/>
            </w:pPr>
            <w:r>
              <w:rPr>
                <w:b/>
                <w:sz w:val="22"/>
              </w:rPr>
              <w:t>T.C.</w:t>
            </w:r>
          </w:p>
          <w:p w14:paraId="6179BABC" w14:textId="77777777" w:rsidR="00171A39" w:rsidRDefault="00000000">
            <w:pPr>
              <w:spacing w:after="0"/>
              <w:jc w:val="center"/>
            </w:pPr>
            <w:r>
              <w:rPr>
                <w:b/>
                <w:sz w:val="26"/>
              </w:rPr>
              <w:t>ANKARA YILDIRIM BEYAZIT UNIVERSITY</w:t>
            </w:r>
          </w:p>
          <w:p w14:paraId="15FDA7A6" w14:textId="77777777" w:rsidR="00171A39" w:rsidRDefault="00000000">
            <w:pPr>
              <w:spacing w:after="0"/>
              <w:jc w:val="center"/>
            </w:pPr>
            <w:r>
              <w:rPr>
                <w:b/>
                <w:sz w:val="23"/>
              </w:rPr>
              <w:t>FACULTY OF ENGINEERING AND NATURAL SCIENCES</w:t>
            </w:r>
          </w:p>
          <w:p w14:paraId="3F154D9E" w14:textId="77777777" w:rsidR="00171A39" w:rsidRDefault="00000000">
            <w:pPr>
              <w:spacing w:after="0"/>
              <w:jc w:val="center"/>
            </w:pPr>
            <w:r>
              <w:rPr>
                <w:b/>
                <w:sz w:val="21"/>
              </w:rPr>
              <w:t>DEPARTMENT OF ______________________________</w:t>
            </w:r>
          </w:p>
        </w:tc>
      </w:tr>
      <w:tr w:rsidR="00171A39" w14:paraId="4A559B0A" w14:textId="77777777">
        <w:trPr>
          <w:cantSplit/>
          <w:jc w:val="center"/>
        </w:trPr>
        <w:tc>
          <w:tcPr>
            <w:tcW w:w="9936" w:type="dxa"/>
            <w:gridSpan w:val="2"/>
            <w:tcMar>
              <w:top w:w="100" w:type="dxa"/>
              <w:left w:w="100" w:type="dxa"/>
              <w:bottom w:w="100" w:type="dxa"/>
              <w:right w:w="100" w:type="dxa"/>
            </w:tcMar>
            <w:vAlign w:val="center"/>
          </w:tcPr>
          <w:p w14:paraId="168A6642" w14:textId="77777777" w:rsidR="00171A39" w:rsidRDefault="00000000">
            <w:pPr>
              <w:spacing w:after="20"/>
              <w:jc w:val="center"/>
            </w:pPr>
            <w:r>
              <w:rPr>
                <w:b/>
                <w:sz w:val="26"/>
              </w:rPr>
              <w:t>ENGR450 - ENGINEERING APPLICATION ON SITE</w:t>
            </w:r>
          </w:p>
          <w:p w14:paraId="5681BDA7" w14:textId="77777777" w:rsidR="00171A39" w:rsidRDefault="00000000">
            <w:pPr>
              <w:spacing w:after="0"/>
              <w:jc w:val="center"/>
            </w:pPr>
            <w:r>
              <w:rPr>
                <w:b/>
                <w:color w:val="147783"/>
                <w:sz w:val="32"/>
              </w:rPr>
              <w:t>PROGRESS REPORT</w:t>
            </w:r>
          </w:p>
        </w:tc>
      </w:tr>
    </w:tbl>
    <w:p w14:paraId="5129B3A3" w14:textId="77777777" w:rsidR="00171A39" w:rsidRDefault="00000000">
      <w:pPr>
        <w:spacing w:before="120" w:after="160"/>
        <w:jc w:val="center"/>
      </w:pPr>
      <w:r>
        <w:rPr>
          <w:b/>
          <w:i/>
          <w:color w:val="555555"/>
          <w:sz w:val="19"/>
        </w:rPr>
        <w:t>NOTE: The Progress Report should not exceed 20 pages, including references. The cover page and appendices are excluded from the page limit.</w:t>
      </w:r>
    </w:p>
    <w:tbl>
      <w:tblPr>
        <w:tblStyle w:val="TabloKlavuzu"/>
        <w:tblW w:w="0" w:type="auto"/>
        <w:jc w:val="center"/>
        <w:tblLayout w:type="fixed"/>
        <w:tblLook w:val="04A0" w:firstRow="1" w:lastRow="0" w:firstColumn="1" w:lastColumn="0" w:noHBand="0" w:noVBand="1"/>
      </w:tblPr>
      <w:tblGrid>
        <w:gridCol w:w="4968"/>
        <w:gridCol w:w="4968"/>
      </w:tblGrid>
      <w:tr w:rsidR="00171A39" w14:paraId="6AC1BC2C" w14:textId="77777777">
        <w:trPr>
          <w:cantSplit/>
          <w:jc w:val="center"/>
        </w:trPr>
        <w:tc>
          <w:tcPr>
            <w:tcW w:w="4968" w:type="dxa"/>
            <w:shd w:val="clear" w:color="auto" w:fill="EAF4F5"/>
            <w:tcMar>
              <w:top w:w="115" w:type="dxa"/>
              <w:left w:w="120" w:type="dxa"/>
              <w:bottom w:w="115" w:type="dxa"/>
              <w:right w:w="120" w:type="dxa"/>
            </w:tcMar>
            <w:vAlign w:val="center"/>
          </w:tcPr>
          <w:p w14:paraId="47DD485C" w14:textId="77777777" w:rsidR="00171A39" w:rsidRDefault="00000000">
            <w:pPr>
              <w:jc w:val="left"/>
            </w:pPr>
            <w:r>
              <w:rPr>
                <w:b/>
                <w:sz w:val="21"/>
              </w:rPr>
              <w:t>Project / Engineering Study Title</w:t>
            </w:r>
          </w:p>
        </w:tc>
        <w:tc>
          <w:tcPr>
            <w:tcW w:w="4968" w:type="dxa"/>
            <w:tcMar>
              <w:top w:w="115" w:type="dxa"/>
              <w:left w:w="120" w:type="dxa"/>
              <w:bottom w:w="115" w:type="dxa"/>
              <w:right w:w="120" w:type="dxa"/>
            </w:tcMar>
            <w:vAlign w:val="center"/>
          </w:tcPr>
          <w:p w14:paraId="0F2DCA97" w14:textId="77777777" w:rsidR="00171A39" w:rsidRDefault="00171A39">
            <w:pPr>
              <w:jc w:val="left"/>
            </w:pPr>
          </w:p>
        </w:tc>
      </w:tr>
      <w:tr w:rsidR="00171A39" w14:paraId="07B7A314" w14:textId="77777777">
        <w:trPr>
          <w:cantSplit/>
          <w:jc w:val="center"/>
        </w:trPr>
        <w:tc>
          <w:tcPr>
            <w:tcW w:w="4968" w:type="dxa"/>
            <w:shd w:val="clear" w:color="auto" w:fill="EAF4F5"/>
            <w:tcMar>
              <w:top w:w="115" w:type="dxa"/>
              <w:left w:w="120" w:type="dxa"/>
              <w:bottom w:w="115" w:type="dxa"/>
              <w:right w:w="120" w:type="dxa"/>
            </w:tcMar>
            <w:vAlign w:val="center"/>
          </w:tcPr>
          <w:p w14:paraId="255CE277" w14:textId="77777777" w:rsidR="00171A39" w:rsidRDefault="00000000">
            <w:pPr>
              <w:jc w:val="left"/>
            </w:pPr>
            <w:r>
              <w:rPr>
                <w:b/>
                <w:sz w:val="21"/>
              </w:rPr>
              <w:t>Student Name and Surname</w:t>
            </w:r>
          </w:p>
        </w:tc>
        <w:tc>
          <w:tcPr>
            <w:tcW w:w="4968" w:type="dxa"/>
            <w:tcMar>
              <w:top w:w="115" w:type="dxa"/>
              <w:left w:w="120" w:type="dxa"/>
              <w:bottom w:w="115" w:type="dxa"/>
              <w:right w:w="120" w:type="dxa"/>
            </w:tcMar>
            <w:vAlign w:val="center"/>
          </w:tcPr>
          <w:p w14:paraId="7768BA15" w14:textId="77777777" w:rsidR="00171A39" w:rsidRDefault="00171A39">
            <w:pPr>
              <w:jc w:val="left"/>
            </w:pPr>
          </w:p>
        </w:tc>
      </w:tr>
      <w:tr w:rsidR="00171A39" w14:paraId="4FEB4660" w14:textId="77777777">
        <w:trPr>
          <w:cantSplit/>
          <w:jc w:val="center"/>
        </w:trPr>
        <w:tc>
          <w:tcPr>
            <w:tcW w:w="4968" w:type="dxa"/>
            <w:shd w:val="clear" w:color="auto" w:fill="EAF4F5"/>
            <w:tcMar>
              <w:top w:w="115" w:type="dxa"/>
              <w:left w:w="120" w:type="dxa"/>
              <w:bottom w:w="115" w:type="dxa"/>
              <w:right w:w="120" w:type="dxa"/>
            </w:tcMar>
            <w:vAlign w:val="center"/>
          </w:tcPr>
          <w:p w14:paraId="2AF7FC07" w14:textId="77777777" w:rsidR="00171A39" w:rsidRDefault="00000000">
            <w:pPr>
              <w:jc w:val="left"/>
            </w:pPr>
            <w:r>
              <w:rPr>
                <w:b/>
                <w:sz w:val="21"/>
              </w:rPr>
              <w:t>Student ID</w:t>
            </w:r>
          </w:p>
        </w:tc>
        <w:tc>
          <w:tcPr>
            <w:tcW w:w="4968" w:type="dxa"/>
            <w:tcMar>
              <w:top w:w="115" w:type="dxa"/>
              <w:left w:w="120" w:type="dxa"/>
              <w:bottom w:w="115" w:type="dxa"/>
              <w:right w:w="120" w:type="dxa"/>
            </w:tcMar>
            <w:vAlign w:val="center"/>
          </w:tcPr>
          <w:p w14:paraId="068C5025" w14:textId="77777777" w:rsidR="00171A39" w:rsidRDefault="00171A39">
            <w:pPr>
              <w:jc w:val="left"/>
            </w:pPr>
          </w:p>
        </w:tc>
      </w:tr>
      <w:tr w:rsidR="00171A39" w14:paraId="5322A713" w14:textId="77777777">
        <w:trPr>
          <w:cantSplit/>
          <w:jc w:val="center"/>
        </w:trPr>
        <w:tc>
          <w:tcPr>
            <w:tcW w:w="4968" w:type="dxa"/>
            <w:shd w:val="clear" w:color="auto" w:fill="EAF4F5"/>
            <w:tcMar>
              <w:top w:w="115" w:type="dxa"/>
              <w:left w:w="120" w:type="dxa"/>
              <w:bottom w:w="115" w:type="dxa"/>
              <w:right w:w="120" w:type="dxa"/>
            </w:tcMar>
            <w:vAlign w:val="center"/>
          </w:tcPr>
          <w:p w14:paraId="0FF7ADCA" w14:textId="77777777" w:rsidR="00171A39" w:rsidRDefault="00000000">
            <w:pPr>
              <w:jc w:val="left"/>
            </w:pPr>
            <w:r>
              <w:rPr>
                <w:b/>
                <w:sz w:val="21"/>
              </w:rPr>
              <w:t>Company Name</w:t>
            </w:r>
          </w:p>
        </w:tc>
        <w:tc>
          <w:tcPr>
            <w:tcW w:w="4968" w:type="dxa"/>
            <w:tcMar>
              <w:top w:w="115" w:type="dxa"/>
              <w:left w:w="120" w:type="dxa"/>
              <w:bottom w:w="115" w:type="dxa"/>
              <w:right w:w="120" w:type="dxa"/>
            </w:tcMar>
            <w:vAlign w:val="center"/>
          </w:tcPr>
          <w:p w14:paraId="2BD2DADA" w14:textId="77777777" w:rsidR="00171A39" w:rsidRDefault="00171A39">
            <w:pPr>
              <w:jc w:val="left"/>
            </w:pPr>
          </w:p>
        </w:tc>
      </w:tr>
      <w:tr w:rsidR="00171A39" w14:paraId="1EC61B97" w14:textId="77777777">
        <w:trPr>
          <w:cantSplit/>
          <w:jc w:val="center"/>
        </w:trPr>
        <w:tc>
          <w:tcPr>
            <w:tcW w:w="4968" w:type="dxa"/>
            <w:shd w:val="clear" w:color="auto" w:fill="EAF4F5"/>
            <w:tcMar>
              <w:top w:w="115" w:type="dxa"/>
              <w:left w:w="120" w:type="dxa"/>
              <w:bottom w:w="115" w:type="dxa"/>
              <w:right w:w="120" w:type="dxa"/>
            </w:tcMar>
            <w:vAlign w:val="center"/>
          </w:tcPr>
          <w:p w14:paraId="7370617C" w14:textId="77777777" w:rsidR="00171A39" w:rsidRDefault="00000000">
            <w:pPr>
              <w:jc w:val="left"/>
            </w:pPr>
            <w:r>
              <w:rPr>
                <w:b/>
                <w:sz w:val="21"/>
              </w:rPr>
              <w:t>Company Department / Unit</w:t>
            </w:r>
          </w:p>
        </w:tc>
        <w:tc>
          <w:tcPr>
            <w:tcW w:w="4968" w:type="dxa"/>
            <w:tcMar>
              <w:top w:w="115" w:type="dxa"/>
              <w:left w:w="120" w:type="dxa"/>
              <w:bottom w:w="115" w:type="dxa"/>
              <w:right w:w="120" w:type="dxa"/>
            </w:tcMar>
            <w:vAlign w:val="center"/>
          </w:tcPr>
          <w:p w14:paraId="3958CD3B" w14:textId="77777777" w:rsidR="00171A39" w:rsidRDefault="00171A39">
            <w:pPr>
              <w:jc w:val="left"/>
            </w:pPr>
          </w:p>
        </w:tc>
      </w:tr>
      <w:tr w:rsidR="00171A39" w14:paraId="5A575739" w14:textId="77777777">
        <w:trPr>
          <w:cantSplit/>
          <w:jc w:val="center"/>
        </w:trPr>
        <w:tc>
          <w:tcPr>
            <w:tcW w:w="4968" w:type="dxa"/>
            <w:shd w:val="clear" w:color="auto" w:fill="EAF4F5"/>
            <w:tcMar>
              <w:top w:w="115" w:type="dxa"/>
              <w:left w:w="120" w:type="dxa"/>
              <w:bottom w:w="115" w:type="dxa"/>
              <w:right w:w="120" w:type="dxa"/>
            </w:tcMar>
            <w:vAlign w:val="center"/>
          </w:tcPr>
          <w:p w14:paraId="311D2A73" w14:textId="77777777" w:rsidR="00171A39" w:rsidRDefault="00000000">
            <w:pPr>
              <w:jc w:val="left"/>
            </w:pPr>
            <w:r>
              <w:rPr>
                <w:b/>
                <w:sz w:val="21"/>
              </w:rPr>
              <w:t>Academic Advisor</w:t>
            </w:r>
          </w:p>
        </w:tc>
        <w:tc>
          <w:tcPr>
            <w:tcW w:w="4968" w:type="dxa"/>
            <w:tcMar>
              <w:top w:w="115" w:type="dxa"/>
              <w:left w:w="120" w:type="dxa"/>
              <w:bottom w:w="115" w:type="dxa"/>
              <w:right w:w="120" w:type="dxa"/>
            </w:tcMar>
            <w:vAlign w:val="center"/>
          </w:tcPr>
          <w:p w14:paraId="46F25944" w14:textId="77777777" w:rsidR="00171A39" w:rsidRDefault="00171A39">
            <w:pPr>
              <w:jc w:val="left"/>
            </w:pPr>
          </w:p>
        </w:tc>
      </w:tr>
      <w:tr w:rsidR="00171A39" w14:paraId="3200EACF" w14:textId="77777777">
        <w:trPr>
          <w:cantSplit/>
          <w:jc w:val="center"/>
        </w:trPr>
        <w:tc>
          <w:tcPr>
            <w:tcW w:w="4968" w:type="dxa"/>
            <w:shd w:val="clear" w:color="auto" w:fill="EAF4F5"/>
            <w:tcMar>
              <w:top w:w="115" w:type="dxa"/>
              <w:left w:w="120" w:type="dxa"/>
              <w:bottom w:w="115" w:type="dxa"/>
              <w:right w:w="120" w:type="dxa"/>
            </w:tcMar>
            <w:vAlign w:val="center"/>
          </w:tcPr>
          <w:p w14:paraId="63BA1785" w14:textId="77777777" w:rsidR="00171A39" w:rsidRDefault="00000000">
            <w:pPr>
              <w:jc w:val="left"/>
            </w:pPr>
            <w:r>
              <w:rPr>
                <w:b/>
                <w:sz w:val="21"/>
              </w:rPr>
              <w:t>Company Advisor</w:t>
            </w:r>
          </w:p>
        </w:tc>
        <w:tc>
          <w:tcPr>
            <w:tcW w:w="4968" w:type="dxa"/>
            <w:tcMar>
              <w:top w:w="115" w:type="dxa"/>
              <w:left w:w="120" w:type="dxa"/>
              <w:bottom w:w="115" w:type="dxa"/>
              <w:right w:w="120" w:type="dxa"/>
            </w:tcMar>
            <w:vAlign w:val="center"/>
          </w:tcPr>
          <w:p w14:paraId="75254625" w14:textId="77777777" w:rsidR="00171A39" w:rsidRDefault="00171A39">
            <w:pPr>
              <w:jc w:val="left"/>
            </w:pPr>
          </w:p>
        </w:tc>
      </w:tr>
      <w:tr w:rsidR="00171A39" w14:paraId="737A6590" w14:textId="77777777">
        <w:trPr>
          <w:cantSplit/>
          <w:jc w:val="center"/>
        </w:trPr>
        <w:tc>
          <w:tcPr>
            <w:tcW w:w="4968" w:type="dxa"/>
            <w:shd w:val="clear" w:color="auto" w:fill="EAF4F5"/>
            <w:tcMar>
              <w:top w:w="115" w:type="dxa"/>
              <w:left w:w="120" w:type="dxa"/>
              <w:bottom w:w="115" w:type="dxa"/>
              <w:right w:w="120" w:type="dxa"/>
            </w:tcMar>
            <w:vAlign w:val="center"/>
          </w:tcPr>
          <w:p w14:paraId="683CDA4B" w14:textId="77777777" w:rsidR="00171A39" w:rsidRDefault="00000000">
            <w:pPr>
              <w:jc w:val="left"/>
            </w:pPr>
            <w:r>
              <w:rPr>
                <w:b/>
                <w:sz w:val="21"/>
              </w:rPr>
              <w:t>Academic Semester / Submission Date</w:t>
            </w:r>
          </w:p>
        </w:tc>
        <w:tc>
          <w:tcPr>
            <w:tcW w:w="4968" w:type="dxa"/>
            <w:tcMar>
              <w:top w:w="115" w:type="dxa"/>
              <w:left w:w="120" w:type="dxa"/>
              <w:bottom w:w="115" w:type="dxa"/>
              <w:right w:w="120" w:type="dxa"/>
            </w:tcMar>
            <w:vAlign w:val="center"/>
          </w:tcPr>
          <w:p w14:paraId="018F59F3" w14:textId="77777777" w:rsidR="00171A39" w:rsidRDefault="00171A39">
            <w:pPr>
              <w:jc w:val="left"/>
            </w:pPr>
          </w:p>
        </w:tc>
      </w:tr>
    </w:tbl>
    <w:p w14:paraId="39973E8C" w14:textId="77777777" w:rsidR="00171A39" w:rsidRDefault="00000000">
      <w:pPr>
        <w:pStyle w:val="Instruction"/>
        <w:spacing w:before="160"/>
        <w:jc w:val="center"/>
      </w:pPr>
      <w:r>
        <w:t>Replace all blank fields and delete all instructional text before submission.</w:t>
      </w:r>
    </w:p>
    <w:p w14:paraId="7A476230" w14:textId="77777777" w:rsidR="00171A39" w:rsidRDefault="00000000">
      <w:r>
        <w:br w:type="page"/>
      </w:r>
    </w:p>
    <w:p w14:paraId="1F8EC9C5" w14:textId="77777777" w:rsidR="00171A39" w:rsidRDefault="00000000">
      <w:pPr>
        <w:pStyle w:val="Balk1"/>
      </w:pPr>
      <w:r>
        <w:lastRenderedPageBreak/>
        <w:t>Report Preparation Guidelines</w:t>
      </w:r>
    </w:p>
    <w:p w14:paraId="43DF47A2" w14:textId="77777777" w:rsidR="00171A39" w:rsidRDefault="00000000">
      <w:pPr>
        <w:pStyle w:val="ListeMaddemi"/>
        <w:spacing w:after="60"/>
      </w:pPr>
      <w:r>
        <w:rPr>
          <w:sz w:val="22"/>
        </w:rPr>
        <w:t>Maximum length: 20 pages, including references. The cover page and appendices are excluded from the page limit.</w:t>
      </w:r>
    </w:p>
    <w:p w14:paraId="67CBED1D" w14:textId="77777777" w:rsidR="00171A39" w:rsidRDefault="00000000">
      <w:pPr>
        <w:pStyle w:val="ListeMaddemi"/>
        <w:spacing w:after="60"/>
      </w:pPr>
      <w:r>
        <w:rPr>
          <w:sz w:val="22"/>
        </w:rPr>
        <w:t>No word limit applies; however, the report should be concise, technically focused, and directly related to the engineering application.</w:t>
      </w:r>
    </w:p>
    <w:p w14:paraId="15545485" w14:textId="77777777" w:rsidR="00171A39" w:rsidRDefault="00000000">
      <w:pPr>
        <w:pStyle w:val="ListeMaddemi"/>
        <w:spacing w:after="60"/>
      </w:pPr>
      <w:r>
        <w:rPr>
          <w:sz w:val="22"/>
        </w:rPr>
        <w:t>Use Times New Roman, 12 pt, with 1.15 line spacing and justified text.</w:t>
      </w:r>
    </w:p>
    <w:p w14:paraId="5F3B23C4" w14:textId="77777777" w:rsidR="00171A39" w:rsidRDefault="00000000">
      <w:pPr>
        <w:pStyle w:val="ListeMaddemi"/>
        <w:spacing w:after="60"/>
      </w:pPr>
      <w:r>
        <w:rPr>
          <w:sz w:val="22"/>
        </w:rPr>
        <w:t>Number all sections, figures, and tables. Every figure and table must have a clear caption/title and must be referred to in the text.</w:t>
      </w:r>
    </w:p>
    <w:p w14:paraId="7AD811E8" w14:textId="77777777" w:rsidR="00171A39" w:rsidRDefault="00000000">
      <w:pPr>
        <w:pStyle w:val="ListeMaddemi"/>
        <w:spacing w:after="60"/>
      </w:pPr>
      <w:r>
        <w:rPr>
          <w:sz w:val="22"/>
        </w:rPr>
        <w:t>Use numbered in-text citations and a consistent IEEE-style reference list.</w:t>
      </w:r>
    </w:p>
    <w:p w14:paraId="4E33ED36" w14:textId="77777777" w:rsidR="00171A39" w:rsidRDefault="00000000">
      <w:pPr>
        <w:pStyle w:val="ListeMaddemi"/>
        <w:spacing w:after="60"/>
      </w:pPr>
      <w:r>
        <w:rPr>
          <w:sz w:val="22"/>
        </w:rPr>
        <w:t>Do not include confidential company information unless explicit permission has been obtained.</w:t>
      </w:r>
    </w:p>
    <w:p w14:paraId="39201B3E" w14:textId="77777777" w:rsidR="00171A39" w:rsidRDefault="00000000">
      <w:pPr>
        <w:pStyle w:val="ListeMaddemi"/>
        <w:spacing w:after="60"/>
      </w:pPr>
      <w:r>
        <w:rPr>
          <w:sz w:val="22"/>
        </w:rPr>
        <w:t>The report must be reviewed and signed by the Company Advisor before submission.</w:t>
      </w:r>
    </w:p>
    <w:p w14:paraId="1FC1DF36" w14:textId="77777777" w:rsidR="00171A39" w:rsidRDefault="00000000">
      <w:pPr>
        <w:pStyle w:val="Instruction"/>
      </w:pPr>
      <w:r>
        <w:t>The explanatory notes under each heading are provided only as guidance and should be deleted from the submitted report.</w:t>
      </w:r>
    </w:p>
    <w:p w14:paraId="6B9CCB3E" w14:textId="77777777" w:rsidR="00171A39" w:rsidRDefault="00000000">
      <w:pPr>
        <w:pStyle w:val="Balk1"/>
      </w:pPr>
      <w:r>
        <w:t>1. Company and Project Overview</w:t>
      </w:r>
    </w:p>
    <w:p w14:paraId="792E054D" w14:textId="77777777" w:rsidR="00171A39" w:rsidRDefault="00000000">
      <w:pPr>
        <w:pStyle w:val="Instruction"/>
      </w:pPr>
      <w:r>
        <w:t>Provide a brief overview of the company, its main field of operation, the department/unit in which the engineering application is carried out, and the engineering project or task assigned to you. Keep the company description concise and directly relevant to the work performed.</w:t>
      </w:r>
    </w:p>
    <w:p w14:paraId="758E5DDF" w14:textId="77777777" w:rsidR="00171A39" w:rsidRDefault="00000000">
      <w:pPr>
        <w:pStyle w:val="ListeMaddemi"/>
        <w:spacing w:after="40"/>
      </w:pPr>
      <w:r>
        <w:rPr>
          <w:sz w:val="22"/>
        </w:rPr>
        <w:t>Brief description of the company and its field of operation</w:t>
      </w:r>
    </w:p>
    <w:p w14:paraId="71B41A70" w14:textId="77777777" w:rsidR="00171A39" w:rsidRDefault="00000000">
      <w:pPr>
        <w:pStyle w:val="ListeMaddemi"/>
        <w:spacing w:after="40"/>
      </w:pPr>
      <w:r>
        <w:rPr>
          <w:sz w:val="22"/>
        </w:rPr>
        <w:t>Department / unit in which the student works</w:t>
      </w:r>
    </w:p>
    <w:p w14:paraId="25672038" w14:textId="77777777" w:rsidR="00171A39" w:rsidRDefault="00000000">
      <w:pPr>
        <w:pStyle w:val="ListeMaddemi"/>
        <w:spacing w:after="40"/>
      </w:pPr>
      <w:r>
        <w:rPr>
          <w:sz w:val="22"/>
        </w:rPr>
        <w:t>Student's role within the company</w:t>
      </w:r>
    </w:p>
    <w:p w14:paraId="004BBC9E" w14:textId="77777777" w:rsidR="00171A39" w:rsidRDefault="00000000">
      <w:pPr>
        <w:pStyle w:val="ListeMaddemi"/>
        <w:spacing w:after="40"/>
      </w:pPr>
      <w:r>
        <w:rPr>
          <w:sz w:val="22"/>
        </w:rPr>
        <w:t>Brief description of the engineering project / problem</w:t>
      </w:r>
    </w:p>
    <w:p w14:paraId="748FBCAE" w14:textId="77777777" w:rsidR="00171A39" w:rsidRDefault="00000000">
      <w:pPr>
        <w:spacing w:after="40"/>
      </w:pPr>
      <w:r>
        <w:rPr>
          <w:color w:val="B4B4B4"/>
        </w:rPr>
        <w:t>________________________________________________________________________________</w:t>
      </w:r>
    </w:p>
    <w:p w14:paraId="494663C3" w14:textId="77777777" w:rsidR="00171A39" w:rsidRDefault="00000000">
      <w:pPr>
        <w:spacing w:after="40"/>
      </w:pPr>
      <w:r>
        <w:rPr>
          <w:color w:val="B4B4B4"/>
        </w:rPr>
        <w:t>________________________________________________________________________________</w:t>
      </w:r>
    </w:p>
    <w:p w14:paraId="2C6DFE24" w14:textId="77777777" w:rsidR="00171A39" w:rsidRDefault="00000000">
      <w:pPr>
        <w:pStyle w:val="Balk1"/>
      </w:pPr>
      <w:r>
        <w:t>2. Problem Definition and Objectives</w:t>
      </w:r>
    </w:p>
    <w:p w14:paraId="12BB7DCD" w14:textId="77777777" w:rsidR="00171A39" w:rsidRDefault="00000000">
      <w:pPr>
        <w:pStyle w:val="Instruction"/>
      </w:pPr>
      <w:r>
        <w:t>Clearly define the engineering problem, need, or opportunity addressed during the application period. State the purpose of the study and what is expected to be achieved.</w:t>
      </w:r>
    </w:p>
    <w:p w14:paraId="3DD5E954" w14:textId="77777777" w:rsidR="00171A39" w:rsidRDefault="00000000">
      <w:pPr>
        <w:pStyle w:val="ListeMaddemi"/>
        <w:spacing w:after="40"/>
      </w:pPr>
      <w:r>
        <w:rPr>
          <w:sz w:val="22"/>
        </w:rPr>
        <w:t>Engineering problem or need addressed</w:t>
      </w:r>
    </w:p>
    <w:p w14:paraId="52651CC6" w14:textId="77777777" w:rsidR="00171A39" w:rsidRDefault="00000000">
      <w:pPr>
        <w:pStyle w:val="ListeMaddemi"/>
        <w:spacing w:after="40"/>
      </w:pPr>
      <w:r>
        <w:rPr>
          <w:sz w:val="22"/>
        </w:rPr>
        <w:t>Aim of the study</w:t>
      </w:r>
    </w:p>
    <w:p w14:paraId="0C0DA8EE" w14:textId="77777777" w:rsidR="00171A39" w:rsidRDefault="00000000">
      <w:pPr>
        <w:pStyle w:val="ListeMaddemi"/>
        <w:spacing w:after="40"/>
      </w:pPr>
      <w:r>
        <w:rPr>
          <w:sz w:val="22"/>
        </w:rPr>
        <w:t>Specific objectives</w:t>
      </w:r>
    </w:p>
    <w:p w14:paraId="03167381" w14:textId="77777777" w:rsidR="00171A39" w:rsidRDefault="00000000">
      <w:pPr>
        <w:pStyle w:val="ListeMaddemi"/>
        <w:spacing w:after="40"/>
      </w:pPr>
      <w:r>
        <w:rPr>
          <w:sz w:val="22"/>
        </w:rPr>
        <w:t>Expected outputs / deliverables</w:t>
      </w:r>
    </w:p>
    <w:p w14:paraId="0F59C274" w14:textId="77777777" w:rsidR="00171A39" w:rsidRDefault="00000000">
      <w:pPr>
        <w:pStyle w:val="ListeMaddemi"/>
        <w:spacing w:after="40"/>
      </w:pPr>
      <w:r>
        <w:rPr>
          <w:sz w:val="22"/>
        </w:rPr>
        <w:t>Scope and relevant limitations</w:t>
      </w:r>
    </w:p>
    <w:p w14:paraId="0185A487" w14:textId="77777777" w:rsidR="00171A39" w:rsidRDefault="00000000">
      <w:pPr>
        <w:spacing w:after="40"/>
      </w:pPr>
      <w:r>
        <w:rPr>
          <w:color w:val="B4B4B4"/>
        </w:rPr>
        <w:t>________________________________________________________________________________</w:t>
      </w:r>
    </w:p>
    <w:p w14:paraId="7F0584FD" w14:textId="77777777" w:rsidR="00171A39" w:rsidRDefault="00000000">
      <w:pPr>
        <w:spacing w:after="40"/>
      </w:pPr>
      <w:r>
        <w:rPr>
          <w:color w:val="B4B4B4"/>
        </w:rPr>
        <w:t>________________________________________________________________________________</w:t>
      </w:r>
    </w:p>
    <w:p>
      <w:pPr>
        <w:pStyle w:val="Balk1"/>
        <w:pageBreakBefore/>
      </w:pPr>
      <w:r>
        <w:t>3. Progress of Work Packages</w:t>
      </w:r>
    </w:p>
    <w:p>
      <w:pPr>
        <w:pStyle w:val="Instruction"/>
      </w:pPr>
      <w:r>
        <w:rPr>
          <w:rFonts w:ascii="Times New Roman" w:hAnsi="Times New Roman"/>
          <w:sz w:val="20"/>
        </w:rPr>
        <w:t>Summarize the work carried out during the reporting period under the relevant work packages. The number and titles of the work packages may be adjusted according to the scope of the study.</w:t>
      </w:r>
    </w:p>
    <w:tbl>
      <w:tblPr>
        <w:tblStyle w:val="TabloKlavuzu"/>
        <w:tblW w:type="auto" w:w="0"/>
        <w:jc w:val="center"/>
        <w:tblLayout w:type="fixed"/>
        <w:tblLook w:firstColumn="1" w:firstRow="1" w:lastColumn="0" w:lastRow="0" w:noHBand="0" w:noVBand="1" w:val="04A0"/>
      </w:tblPr>
      <w:tblGrid>
        <w:gridCol w:w="2484"/>
        <w:gridCol w:w="2484"/>
        <w:gridCol w:w="2484"/>
        <w:gridCol w:w="2484"/>
      </w:tblGrid>
      <w:tr>
        <w:tc>
          <w:tcPr>
            <w:tcW w:type="dxa" w:w="1800"/>
            <w:vAlign w:val="center"/>
            <w:shd w:fill="EAF4F5" w:val="clear"/>
          </w:tcPr>
          <w:p>
            <w:pPr>
              <w:jc w:val="center"/>
            </w:pPr>
            <w:r>
              <w:rPr>
                <w:rFonts w:ascii="Times New Roman" w:hAnsi="Times New Roman"/>
                <w:b/>
                <w:sz w:val="19"/>
              </w:rPr>
              <w:t>Work Package</w:t>
            </w:r>
          </w:p>
        </w:tc>
        <w:tc>
          <w:tcPr>
            <w:tcW w:type="dxa" w:w="2088"/>
            <w:vAlign w:val="center"/>
            <w:shd w:fill="EAF4F5" w:val="clear"/>
          </w:tcPr>
          <w:p>
            <w:pPr>
              <w:jc w:val="center"/>
            </w:pPr>
            <w:r>
              <w:rPr>
                <w:rFonts w:ascii="Times New Roman" w:hAnsi="Times New Roman"/>
                <w:b/>
                <w:sz w:val="19"/>
              </w:rPr>
              <w:t>Objective</w:t>
            </w:r>
          </w:p>
        </w:tc>
        <w:tc>
          <w:tcPr>
            <w:tcW w:type="dxa" w:w="3528"/>
            <w:vAlign w:val="center"/>
            <w:shd w:fill="EAF4F5" w:val="clear"/>
          </w:tcPr>
          <w:p>
            <w:pPr>
              <w:jc w:val="center"/>
            </w:pPr>
            <w:r>
              <w:rPr>
                <w:rFonts w:ascii="Times New Roman" w:hAnsi="Times New Roman"/>
                <w:b/>
                <w:sz w:val="19"/>
              </w:rPr>
              <w:t>Activities Carried Out</w:t>
            </w:r>
          </w:p>
        </w:tc>
        <w:tc>
          <w:tcPr>
            <w:tcW w:type="dxa" w:w="2376"/>
            <w:vAlign w:val="center"/>
            <w:shd w:fill="EAF4F5" w:val="clear"/>
          </w:tcPr>
          <w:p>
            <w:pPr>
              <w:jc w:val="center"/>
            </w:pPr>
            <w:r>
              <w:rPr>
                <w:rFonts w:ascii="Times New Roman" w:hAnsi="Times New Roman"/>
                <w:b/>
                <w:sz w:val="19"/>
              </w:rPr>
              <w:t>Progress / Main Output</w:t>
            </w:r>
          </w:p>
        </w:tc>
      </w:tr>
      <w:tr>
        <w:trPr>
          <w:trHeight w:val="720" w:hRule="atLeast"/>
        </w:trPr>
        <w:tc>
          <w:tcPr>
            <w:tcW w:type="dxa" w:w="1800"/>
            <w:vAlign w:val="top"/>
          </w:tcPr>
          <w:p>
            <w:r>
              <w:rPr>
                <w:rFonts w:ascii="Times New Roman" w:hAnsi="Times New Roman"/>
                <w:b/>
                <w:sz w:val="19"/>
              </w:rPr>
              <w:t>WP1 – [Title]</w:t>
            </w:r>
          </w:p>
        </w:tc>
        <w:tc>
          <w:tcPr>
            <w:tcW w:type="dxa" w:w="2088"/>
            <w:vAlign w:val="top"/>
          </w:tcPr>
          <w:p>
            <w:r>
              <w:rPr>
                <w:rFonts w:ascii="Times New Roman" w:hAnsi="Times New Roman"/>
                <w:sz w:val="19"/>
              </w:rPr>
            </w:r>
          </w:p>
        </w:tc>
        <w:tc>
          <w:tcPr>
            <w:tcW w:type="dxa" w:w="3528"/>
            <w:vAlign w:val="top"/>
          </w:tcPr>
          <w:p>
            <w:r>
              <w:rPr>
                <w:rFonts w:ascii="Times New Roman" w:hAnsi="Times New Roman"/>
                <w:sz w:val="19"/>
              </w:rPr>
            </w:r>
          </w:p>
        </w:tc>
        <w:tc>
          <w:tcPr>
            <w:tcW w:type="dxa" w:w="2376"/>
            <w:vAlign w:val="top"/>
          </w:tcPr>
          <w:p>
            <w:r>
              <w:rPr>
                <w:rFonts w:ascii="Times New Roman" w:hAnsi="Times New Roman"/>
                <w:sz w:val="19"/>
              </w:rPr>
            </w:r>
          </w:p>
        </w:tc>
      </w:tr>
      <w:tr>
        <w:trPr>
          <w:trHeight w:val="720" w:hRule="atLeast"/>
        </w:trPr>
        <w:tc>
          <w:tcPr>
            <w:tcW w:type="dxa" w:w="1800"/>
            <w:vAlign w:val="top"/>
          </w:tcPr>
          <w:p>
            <w:r>
              <w:rPr>
                <w:rFonts w:ascii="Times New Roman" w:hAnsi="Times New Roman"/>
                <w:b/>
                <w:sz w:val="19"/>
              </w:rPr>
              <w:t>WP2 – [Title]</w:t>
            </w:r>
          </w:p>
        </w:tc>
        <w:tc>
          <w:tcPr>
            <w:tcW w:type="dxa" w:w="2088"/>
            <w:vAlign w:val="top"/>
          </w:tcPr>
          <w:p>
            <w:r>
              <w:rPr>
                <w:rFonts w:ascii="Times New Roman" w:hAnsi="Times New Roman"/>
                <w:sz w:val="19"/>
              </w:rPr>
            </w:r>
          </w:p>
        </w:tc>
        <w:tc>
          <w:tcPr>
            <w:tcW w:type="dxa" w:w="3528"/>
            <w:vAlign w:val="top"/>
          </w:tcPr>
          <w:p>
            <w:r>
              <w:rPr>
                <w:rFonts w:ascii="Times New Roman" w:hAnsi="Times New Roman"/>
                <w:sz w:val="19"/>
              </w:rPr>
            </w:r>
          </w:p>
        </w:tc>
        <w:tc>
          <w:tcPr>
            <w:tcW w:type="dxa" w:w="2376"/>
            <w:vAlign w:val="top"/>
          </w:tcPr>
          <w:p>
            <w:r>
              <w:rPr>
                <w:rFonts w:ascii="Times New Roman" w:hAnsi="Times New Roman"/>
                <w:sz w:val="19"/>
              </w:rPr>
            </w:r>
          </w:p>
        </w:tc>
      </w:tr>
      <w:tr>
        <w:trPr>
          <w:trHeight w:val="720" w:hRule="atLeast"/>
        </w:trPr>
        <w:tc>
          <w:tcPr>
            <w:tcW w:type="dxa" w:w="1800"/>
            <w:vAlign w:val="top"/>
          </w:tcPr>
          <w:p>
            <w:r>
              <w:rPr>
                <w:rFonts w:ascii="Times New Roman" w:hAnsi="Times New Roman"/>
                <w:b/>
                <w:sz w:val="19"/>
              </w:rPr>
              <w:t>WP3 – [Title]</w:t>
            </w:r>
          </w:p>
        </w:tc>
        <w:tc>
          <w:tcPr>
            <w:tcW w:type="dxa" w:w="2088"/>
            <w:vAlign w:val="top"/>
          </w:tcPr>
          <w:p>
            <w:r>
              <w:rPr>
                <w:rFonts w:ascii="Times New Roman" w:hAnsi="Times New Roman"/>
                <w:sz w:val="19"/>
              </w:rPr>
            </w:r>
          </w:p>
        </w:tc>
        <w:tc>
          <w:tcPr>
            <w:tcW w:type="dxa" w:w="3528"/>
            <w:vAlign w:val="top"/>
          </w:tcPr>
          <w:p>
            <w:r>
              <w:rPr>
                <w:rFonts w:ascii="Times New Roman" w:hAnsi="Times New Roman"/>
                <w:sz w:val="19"/>
              </w:rPr>
            </w:r>
          </w:p>
        </w:tc>
        <w:tc>
          <w:tcPr>
            <w:tcW w:type="dxa" w:w="2376"/>
            <w:vAlign w:val="top"/>
          </w:tcPr>
          <w:p>
            <w:r>
              <w:rPr>
                <w:rFonts w:ascii="Times New Roman" w:hAnsi="Times New Roman"/>
                <w:sz w:val="19"/>
              </w:rPr>
            </w:r>
          </w:p>
        </w:tc>
      </w:tr>
    </w:tbl>
    <w:p>
      <w:r>
        <w:rPr>
          <w:rFonts w:ascii="Times New Roman" w:hAnsi="Times New Roman"/>
          <w:i/>
          <w:sz w:val="18"/>
        </w:rPr>
        <w:t>Note: The number of work packages may be increased or reduced according to the nature and scope of the study.</w:t>
      </w:r>
    </w:p>
    <w:p>
      <w:pPr>
        <w:pStyle w:val="Balk1"/>
      </w:pPr>
      <w:r>
        <w:t>4. Methods and Tools Used</w:t>
      </w:r>
    </w:p>
    <w:p>
      <w:pPr>
        <w:pStyle w:val="Instruction"/>
      </w:pPr>
      <w:r>
        <w:t>Briefly describe the methods, software, equipment, tools, or other resources used while carrying out the study. Where relevant, explain how they supported the activities reported above.</w:t>
      </w:r>
    </w:p>
    <w:p>
      <w:pPr/>
      <w:r>
        <w:t>________________________________________________________________________________</w:t>
      </w:r>
    </w:p>
    <w:p>
      <w:pPr/>
      <w:r>
        <w:t>________________________________________________________________________________</w:t>
      </w:r>
    </w:p>
    <w:p>
      <w:pPr>
        <w:pStyle w:val="Balk1"/>
      </w:pPr>
      <w:r>
        <w:t>5. Preliminary Results</w:t>
      </w:r>
    </w:p>
    <w:p>
      <w:pPr>
        <w:pStyle w:val="Instruction"/>
      </w:pPr>
      <w:r>
        <w:t>Present the main results or outputs obtained so far. Tables, figures, graphs, calculations, drawings, screenshots, test results, or other relevant materials may be included where appropriate. Briefly explain what the results indicate in relation to the objectives of the study.</w:t>
      </w:r>
    </w:p>
    <w:p>
      <w:pPr/>
      <w:r>
        <w:t>________________________________________________________________________________</w:t>
      </w:r>
    </w:p>
    <w:p>
      <w:pPr/>
      <w:r>
        <w:t>________________________________________________________________________________</w:t>
      </w:r>
    </w:p>
    <w:p>
      <w:pPr>
        <w:pStyle w:val="Balk1"/>
      </w:pPr>
      <w:r>
        <w:t>6. Challenges and Limitations</w:t>
      </w:r>
    </w:p>
    <w:p>
      <w:pPr>
        <w:pStyle w:val="Instruction"/>
      </w:pPr>
      <w:r>
        <w:t>Describe any challenges or limitations encountered during the reporting period. These may include technical, organizational, operational, time-related, or data-related issues. Where applicable, briefly explain how these challenges were addressed.</w:t>
      </w:r>
    </w:p>
    <w:p>
      <w:pPr/>
      <w:r>
        <w:t>________________________________________________________________________________</w:t>
      </w:r>
    </w:p>
    <w:p>
      <w:pPr/>
      <w:r>
        <w:t>________________________________________________________________________________</w:t>
      </w:r>
    </w:p>
    <w:p>
      <w:pPr>
        <w:pStyle w:val="Balk1"/>
      </w:pPr>
      <w:r>
        <w:t>7. Planned Work for the Remaining Period</w:t>
      </w:r>
    </w:p>
    <w:p>
      <w:pPr>
        <w:pStyle w:val="Instruction"/>
      </w:pPr>
      <w:r>
        <w:rPr>
          <w:rFonts w:ascii="Times New Roman" w:hAnsi="Times New Roman"/>
          <w:sz w:val="20"/>
        </w:rPr>
        <w:t>Briefly describe the main activities planned for the remaining period of the ENGR450 application.</w:t>
      </w:r>
    </w:p>
    <w:tbl>
      <w:tblPr>
        <w:tblStyle w:val="TabloKlavuzu"/>
        <w:tblW w:type="auto" w:w="0"/>
        <w:tblLook w:firstColumn="1" w:firstRow="1" w:lastColumn="0" w:lastRow="0" w:noHBand="0" w:noVBand="1" w:val="04A0"/>
      </w:tblPr>
      <w:tblGrid>
        <w:gridCol w:w="4968"/>
        <w:gridCol w:w="4968"/>
      </w:tblGrid>
      <w:tr>
        <w:tc>
          <w:tcPr>
            <w:tcW w:type="dxa" w:w="4968"/>
          </w:tcPr>
          <w:p>
            <w:pPr>
              <w:jc w:val="center"/>
            </w:pPr>
            <w:r>
              <w:rPr>
                <w:rFonts w:ascii="Times New Roman" w:hAnsi="Times New Roman"/>
                <w:b/>
                <w:sz w:val="20"/>
              </w:rPr>
              <w:t>Planned Activity</w:t>
            </w:r>
          </w:p>
        </w:tc>
        <w:tc>
          <w:tcPr>
            <w:tcW w:type="dxa" w:w="4968"/>
          </w:tcPr>
          <w:p>
            <w:pPr>
              <w:jc w:val="center"/>
            </w:pPr>
            <w:r>
              <w:rPr>
                <w:rFonts w:ascii="Times New Roman" w:hAnsi="Times New Roman"/>
                <w:b/>
                <w:sz w:val="20"/>
              </w:rPr>
              <w:t>Description</w:t>
            </w:r>
          </w:p>
        </w:tc>
      </w:tr>
      <w:tr>
        <w:trPr>
          <w:trHeight w:val="648"/>
        </w:trPr>
        <w:tc>
          <w:tcPr>
            <w:tcW w:type="dxa" w:w="4968"/>
          </w:tcPr>
          <w:p>
            <w:pPr>
              <w:spacing w:after="0"/>
            </w:pPr>
          </w:p>
        </w:tc>
        <w:tc>
          <w:tcPr>
            <w:tcW w:type="dxa" w:w="4968"/>
          </w:tcPr>
          <w:p>
            <w:pPr>
              <w:spacing w:after="0"/>
            </w:pPr>
          </w:p>
        </w:tc>
      </w:tr>
      <w:tr>
        <w:trPr>
          <w:trHeight w:val="648"/>
        </w:trPr>
        <w:tc>
          <w:tcPr>
            <w:tcW w:type="dxa" w:w="4968"/>
          </w:tcPr>
          <w:p>
            <w:pPr>
              <w:spacing w:after="0"/>
            </w:pPr>
          </w:p>
        </w:tc>
        <w:tc>
          <w:tcPr>
            <w:tcW w:type="dxa" w:w="4968"/>
          </w:tcPr>
          <w:p>
            <w:pPr>
              <w:spacing w:after="0"/>
            </w:pPr>
          </w:p>
        </w:tc>
      </w:tr>
    </w:tbl>
    <w:p w14:paraId="1EC21350" w14:textId="77777777" w:rsidR="00171A39" w:rsidRDefault="00000000">
      <w:pPr>
        <w:pStyle w:val="Balk1"/>
      </w:pPr>
      <w:r>
        <w:t>8. References</w:t>
      </w:r>
    </w:p>
    <w:p w14:paraId="166BA301" w14:textId="77777777" w:rsidR="00171A39" w:rsidRDefault="00000000">
      <w:pPr>
        <w:pStyle w:val="Instruction"/>
      </w:pPr>
      <w:r>
        <w:t>List all cited sources in numbered IEEE style. Every reference listed here must be cited in the text, and every in-text citation must appear in this list.</w:t>
      </w:r>
    </w:p>
    <w:p w14:paraId="3A592705" w14:textId="77777777" w:rsidR="00171A39" w:rsidRDefault="00000000">
      <w:r>
        <w:t xml:space="preserve">[1] </w:t>
      </w:r>
      <w:r>
        <w:rPr>
          <w:i/>
        </w:rPr>
        <w:t>Author(s), "Title," Journal / Source, vol., no., pp., year.</w:t>
      </w:r>
    </w:p>
    <w:p w14:paraId="093AB380" w14:textId="77777777" w:rsidR="00171A39" w:rsidRDefault="00000000">
      <w:r>
        <w:t xml:space="preserve">[2] </w:t>
      </w:r>
    </w:p>
    <w:p w14:paraId="2C04F052" w14:textId="77777777" w:rsidR="00171A39" w:rsidRDefault="00000000">
      <w:pPr>
        <w:pStyle w:val="Balk1"/>
      </w:pPr>
      <w:r>
        <w:t>Appendices (if applicable)</w:t>
      </w:r>
    </w:p>
    <w:p w14:paraId="548443D1" w14:textId="77777777" w:rsidR="00171A39" w:rsidRDefault="00000000">
      <w:pPr>
        <w:pStyle w:val="Instruction"/>
      </w:pPr>
      <w:r>
        <w:t>Use appendices only for supporting material that would interrupt the flow of the report, such as detailed calculations, technical drawings, selected screenshots, supplementary tables, or non-confidential technical documents. Appendices are excluded from the 20-page limit.</w:t>
      </w:r>
    </w:p>
    <w:p w14:paraId="712A9472" w14:textId="77777777" w:rsidR="00171A39" w:rsidRDefault="00000000">
      <w:pPr>
        <w:pStyle w:val="Balk1"/>
      </w:pPr>
      <w:r>
        <w:t>Company Advisor Approval</w:t>
      </w:r>
    </w:p>
    <w:p w14:paraId="098DCC5C" w14:textId="77777777" w:rsidR="00171A39" w:rsidRDefault="00000000">
      <w:r>
        <w:t>I confirm that the activities reported in this document accurately reflect the student's work conducted within the company within the scope of ENGR450 - Engineering Application on Site.</w:t>
      </w:r>
    </w:p>
    <w:tbl>
      <w:tblPr>
        <w:tblStyle w:val="TabloKlavuzu"/>
        <w:tblW w:w="0" w:type="auto"/>
        <w:tblLook w:val="04A0" w:firstRow="1" w:lastRow="0" w:firstColumn="1" w:lastColumn="0" w:noHBand="0" w:noVBand="1"/>
      </w:tblPr>
      <w:tblGrid>
        <w:gridCol w:w="4964"/>
        <w:gridCol w:w="4962"/>
      </w:tblGrid>
      <w:tr w:rsidR="00171A39" w14:paraId="31F94B94" w14:textId="77777777">
        <w:trPr>
          <w:cantSplit/>
        </w:trPr>
        <w:tc>
          <w:tcPr>
            <w:tcW w:w="4968" w:type="dxa"/>
            <w:shd w:val="clear" w:color="auto" w:fill="EAF4F5"/>
            <w:tcMar>
              <w:top w:w="120" w:type="dxa"/>
              <w:left w:w="120" w:type="dxa"/>
              <w:bottom w:w="120" w:type="dxa"/>
              <w:right w:w="120" w:type="dxa"/>
            </w:tcMar>
          </w:tcPr>
          <w:p w14:paraId="1FE58B1D" w14:textId="77777777" w:rsidR="00171A39" w:rsidRDefault="00000000">
            <w:r>
              <w:rPr>
                <w:b/>
                <w:sz w:val="21"/>
              </w:rPr>
              <w:t>Company Advisor Name and Title</w:t>
            </w:r>
          </w:p>
        </w:tc>
        <w:tc>
          <w:tcPr>
            <w:tcW w:w="4968" w:type="dxa"/>
            <w:tcMar>
              <w:top w:w="120" w:type="dxa"/>
              <w:left w:w="120" w:type="dxa"/>
              <w:bottom w:w="120" w:type="dxa"/>
              <w:right w:w="120" w:type="dxa"/>
            </w:tcMar>
          </w:tcPr>
          <w:p w14:paraId="44169906" w14:textId="77777777" w:rsidR="00171A39" w:rsidRDefault="00171A39"/>
        </w:tc>
      </w:tr>
      <w:tr w:rsidR="00171A39" w14:paraId="4A075326" w14:textId="77777777">
        <w:trPr>
          <w:cantSplit/>
        </w:trPr>
        <w:tc>
          <w:tcPr>
            <w:tcW w:w="4968" w:type="dxa"/>
            <w:shd w:val="clear" w:color="auto" w:fill="EAF4F5"/>
            <w:tcMar>
              <w:top w:w="120" w:type="dxa"/>
              <w:left w:w="120" w:type="dxa"/>
              <w:bottom w:w="120" w:type="dxa"/>
              <w:right w:w="120" w:type="dxa"/>
            </w:tcMar>
          </w:tcPr>
          <w:p w14:paraId="43D542C9" w14:textId="77777777" w:rsidR="00171A39" w:rsidRDefault="00000000">
            <w:r>
              <w:rPr>
                <w:b/>
                <w:sz w:val="21"/>
              </w:rPr>
              <w:t>Contact Information</w:t>
            </w:r>
          </w:p>
        </w:tc>
        <w:tc>
          <w:tcPr>
            <w:tcW w:w="4968" w:type="dxa"/>
            <w:tcMar>
              <w:top w:w="120" w:type="dxa"/>
              <w:left w:w="120" w:type="dxa"/>
              <w:bottom w:w="120" w:type="dxa"/>
              <w:right w:w="120" w:type="dxa"/>
            </w:tcMar>
          </w:tcPr>
          <w:p w14:paraId="676FE093" w14:textId="77777777" w:rsidR="00171A39" w:rsidRDefault="00171A39"/>
        </w:tc>
      </w:tr>
      <w:tr w:rsidR="00171A39" w14:paraId="35A2D246" w14:textId="77777777">
        <w:trPr>
          <w:cantSplit/>
        </w:trPr>
        <w:tc>
          <w:tcPr>
            <w:tcW w:w="4968" w:type="dxa"/>
            <w:shd w:val="clear" w:color="auto" w:fill="EAF4F5"/>
            <w:tcMar>
              <w:top w:w="120" w:type="dxa"/>
              <w:left w:w="120" w:type="dxa"/>
              <w:bottom w:w="120" w:type="dxa"/>
              <w:right w:w="120" w:type="dxa"/>
            </w:tcMar>
          </w:tcPr>
          <w:p w14:paraId="160DBA4A" w14:textId="77777777" w:rsidR="00171A39" w:rsidRDefault="00000000">
            <w:r>
              <w:rPr>
                <w:b/>
                <w:sz w:val="21"/>
              </w:rPr>
              <w:t>Signature</w:t>
            </w:r>
          </w:p>
        </w:tc>
        <w:tc>
          <w:tcPr>
            <w:tcW w:w="4968" w:type="dxa"/>
            <w:tcMar>
              <w:top w:w="120" w:type="dxa"/>
              <w:left w:w="120" w:type="dxa"/>
              <w:bottom w:w="120" w:type="dxa"/>
              <w:right w:w="120" w:type="dxa"/>
            </w:tcMar>
          </w:tcPr>
          <w:p w14:paraId="27B0686C" w14:textId="77777777" w:rsidR="00171A39" w:rsidRDefault="00171A39"/>
        </w:tc>
      </w:tr>
      <w:tr w:rsidR="00171A39" w14:paraId="01202C38" w14:textId="77777777">
        <w:trPr>
          <w:cantSplit/>
        </w:trPr>
        <w:tc>
          <w:tcPr>
            <w:tcW w:w="4968" w:type="dxa"/>
            <w:shd w:val="clear" w:color="auto" w:fill="EAF4F5"/>
            <w:tcMar>
              <w:top w:w="120" w:type="dxa"/>
              <w:left w:w="120" w:type="dxa"/>
              <w:bottom w:w="120" w:type="dxa"/>
              <w:right w:w="120" w:type="dxa"/>
            </w:tcMar>
          </w:tcPr>
          <w:p w14:paraId="42699581" w14:textId="77777777" w:rsidR="00171A39" w:rsidRDefault="00000000">
            <w:r>
              <w:rPr>
                <w:b/>
                <w:sz w:val="21"/>
              </w:rPr>
              <w:t>Date</w:t>
            </w:r>
          </w:p>
        </w:tc>
        <w:tc>
          <w:tcPr>
            <w:tcW w:w="4968" w:type="dxa"/>
            <w:tcMar>
              <w:top w:w="120" w:type="dxa"/>
              <w:left w:w="120" w:type="dxa"/>
              <w:bottom w:w="120" w:type="dxa"/>
              <w:right w:w="120" w:type="dxa"/>
            </w:tcMar>
          </w:tcPr>
          <w:p w14:paraId="67995A0A" w14:textId="77777777" w:rsidR="00171A39" w:rsidRDefault="00171A39"/>
        </w:tc>
      </w:tr>
    </w:tbl>
    <w:p w14:paraId="4A4D1A1D" w14:textId="77777777" w:rsidR="00A369D1" w:rsidRDefault="00A369D1"/>
    <w:sectPr w:rsidR="00A369D1" w:rsidSect="00034616">
      <w:headerReference w:type="default" r:id="rId9"/>
      <w:footerReference w:type="default" r:id="rId10"/>
      <w:headerReference w:type="first" r:id="rId11"/>
      <w:footerReference w:type="first" r:id="rId12"/>
      <w:pgSz w:w="12240" w:h="15840"/>
      <w:pgMar w:top="1008" w:right="1152" w:bottom="936" w:left="1152" w:header="288"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261E57" w14:textId="77777777" w:rsidR="00A369D1" w:rsidRDefault="00A369D1">
      <w:pPr>
        <w:spacing w:after="0" w:line="240" w:lineRule="auto"/>
      </w:pPr>
      <w:r>
        <w:separator/>
      </w:r>
    </w:p>
  </w:endnote>
  <w:endnote w:type="continuationSeparator" w:id="0">
    <w:p w14:paraId="6375DEA2" w14:textId="77777777" w:rsidR="00A369D1" w:rsidRDefault="00A36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781C88" w14:textId="77777777" w:rsidR="00171A39" w:rsidRDefault="00000000">
    <w:pPr>
      <w:pStyle w:val="AltBilgi"/>
      <w:jc w:val="center"/>
    </w:pPr>
    <w:r>
      <w:rPr>
        <w:color w:val="646464"/>
        <w:sz w:val="18"/>
      </w:rPr>
      <w:t xml:space="preserve">Page </w:t>
    </w:r>
    <w:r>
      <w:rPr>
        <w:color w:val="646464"/>
        <w:sz w:val="18"/>
      </w:rPr>
      <w:fldChar w:fldCharType="begin"/>
    </w:r>
    <w:r>
      <w:rPr>
        <w:color w:val="646464"/>
        <w:sz w:val="18"/>
      </w:rPr>
      <w:instrText xml:space="preserve"> PAGE </w:instrText>
    </w:r>
    <w:r w:rsidR="0017185F">
      <w:rPr>
        <w:color w:val="646464"/>
        <w:sz w:val="18"/>
      </w:rPr>
      <w:fldChar w:fldCharType="separate"/>
    </w:r>
    <w:r w:rsidR="0017185F">
      <w:rPr>
        <w:noProof/>
        <w:color w:val="646464"/>
        <w:sz w:val="18"/>
      </w:rPr>
      <w:t>2</w:t>
    </w:r>
    <w:r>
      <w:rPr>
        <w:color w:val="646464"/>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BCB802" w14:textId="77777777" w:rsidR="00171A39" w:rsidRDefault="00171A3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07D1B7" w14:textId="77777777" w:rsidR="00A369D1" w:rsidRDefault="00A369D1">
      <w:pPr>
        <w:spacing w:after="0" w:line="240" w:lineRule="auto"/>
      </w:pPr>
      <w:r>
        <w:separator/>
      </w:r>
    </w:p>
  </w:footnote>
  <w:footnote w:type="continuationSeparator" w:id="0">
    <w:p w14:paraId="6DE81578" w14:textId="77777777" w:rsidR="00A369D1" w:rsidRDefault="00A369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77B59E" w14:textId="77777777" w:rsidR="00171A39" w:rsidRDefault="00171A39">
    <w:pPr>
      <w:pStyle w:val="stBilgi"/>
    </w:pPr>
  </w:p>
  <w:tbl>
    <w:tblPr>
      <w:tblW w:w="0" w:type="auto"/>
      <w:tblBorders>
        <w:top w:val="nil"/>
        <w:left w:val="nil"/>
        <w:bottom w:val="single" w:sz="5" w:space="0" w:color="A7A7A7"/>
        <w:right w:val="nil"/>
        <w:insideH w:val="nil"/>
        <w:insideV w:val="nil"/>
      </w:tblBorders>
      <w:tblLayout w:type="fixed"/>
      <w:tblLook w:val="04A0" w:firstRow="1" w:lastRow="0" w:firstColumn="1" w:lastColumn="0" w:noHBand="0" w:noVBand="1"/>
    </w:tblPr>
    <w:tblGrid>
      <w:gridCol w:w="4896"/>
      <w:gridCol w:w="4896"/>
    </w:tblGrid>
    <w:tr w:rsidR="00171A39" w14:paraId="302F22B9" w14:textId="77777777">
      <w:tc>
        <w:tcPr>
          <w:tcW w:w="4896" w:type="dxa"/>
          <w:vAlign w:val="center"/>
        </w:tcPr>
        <w:p w14:paraId="417F4637" w14:textId="77777777" w:rsidR="00171A39" w:rsidRDefault="00000000">
          <w:pPr>
            <w:jc w:val="left"/>
          </w:pPr>
          <w:r>
            <w:rPr>
              <w:noProof/>
            </w:rPr>
            <w:drawing>
              <wp:inline distT="0" distB="0" distL="0" distR="0" wp14:anchorId="5D5895A8" wp14:editId="2A723536">
                <wp:extent cx="347472" cy="370257"/>
                <wp:effectExtent l="0" t="0" r="0" b="0"/>
                <wp:docPr id="1799933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ybu_logo.jpeg"/>
                        <pic:cNvPicPr/>
                      </pic:nvPicPr>
                      <pic:blipFill>
                        <a:blip r:embed="rId1"/>
                        <a:stretch>
                          <a:fillRect/>
                        </a:stretch>
                      </pic:blipFill>
                      <pic:spPr>
                        <a:xfrm>
                          <a:off x="0" y="0"/>
                          <a:ext cx="347472" cy="370257"/>
                        </a:xfrm>
                        <a:prstGeom prst="rect">
                          <a:avLst/>
                        </a:prstGeom>
                      </pic:spPr>
                    </pic:pic>
                  </a:graphicData>
                </a:graphic>
              </wp:inline>
            </w:drawing>
          </w:r>
        </w:p>
      </w:tc>
      <w:tc>
        <w:tcPr>
          <w:tcW w:w="4896" w:type="dxa"/>
          <w:vAlign w:val="center"/>
        </w:tcPr>
        <w:p w14:paraId="4AB58153" w14:textId="77777777" w:rsidR="00171A39" w:rsidRDefault="00000000">
          <w:pPr>
            <w:jc w:val="right"/>
          </w:pPr>
          <w:r>
            <w:rPr>
              <w:b/>
              <w:color w:val="505050"/>
              <w:sz w:val="17"/>
            </w:rPr>
            <w:t>ANKARA YILDIRIM BEYAZIT UNIVERSITY  |  ENGR450 - PROGRESS REPORT</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73621C" w14:textId="77777777" w:rsidR="00171A39" w:rsidRDefault="00171A3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854075458">
    <w:abstractNumId w:val="8"/>
  </w:num>
  <w:num w:numId="2" w16cid:durableId="539783141">
    <w:abstractNumId w:val="6"/>
  </w:num>
  <w:num w:numId="3" w16cid:durableId="1413620964">
    <w:abstractNumId w:val="5"/>
  </w:num>
  <w:num w:numId="4" w16cid:durableId="796028244">
    <w:abstractNumId w:val="4"/>
  </w:num>
  <w:num w:numId="5" w16cid:durableId="452745850">
    <w:abstractNumId w:val="7"/>
  </w:num>
  <w:num w:numId="6" w16cid:durableId="500314253">
    <w:abstractNumId w:val="3"/>
  </w:num>
  <w:num w:numId="7" w16cid:durableId="1865364096">
    <w:abstractNumId w:val="2"/>
  </w:num>
  <w:num w:numId="8" w16cid:durableId="539709184">
    <w:abstractNumId w:val="1"/>
  </w:num>
  <w:num w:numId="9" w16cid:durableId="72321898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185F"/>
    <w:rsid w:val="00171A39"/>
    <w:rsid w:val="0029639D"/>
    <w:rsid w:val="00326F90"/>
    <w:rsid w:val="0087594B"/>
    <w:rsid w:val="00A369D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CA344F"/>
  <w14:defaultImageDpi w14:val="300"/>
  <w15:docId w15:val="{F1E4E04C-2EF2-AF40-905E-7A5F77329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jc w:val="both"/>
    </w:pPr>
    <w:rPr>
      <w:rFonts w:ascii="Times New Roman" w:eastAsia="Times New Roman" w:hAnsi="Times New Roman"/>
      <w:sz w:val="24"/>
    </w:rPr>
  </w:style>
  <w:style w:type="paragraph" w:styleId="Balk1">
    <w:name w:val="heading 1"/>
    <w:basedOn w:val="Normal"/>
    <w:next w:val="Normal"/>
    <w:link w:val="Balk1Char"/>
    <w:uiPriority w:val="9"/>
    <w:qFormat/>
    <w:rsid w:val="00FC693F"/>
    <w:pPr>
      <w:keepNext/>
      <w:keepLines/>
      <w:spacing w:before="200" w:after="100"/>
      <w:outlineLvl w:val="0"/>
    </w:pPr>
    <w:rPr>
      <w:rFonts w:asciiTheme="majorHAnsi" w:eastAsiaTheme="majorEastAsia" w:hAnsiTheme="majorHAnsi" w:cstheme="majorBidi"/>
      <w:b/>
      <w:bCs/>
      <w:color w:val="147783"/>
      <w:sz w:val="28"/>
      <w:szCs w:val="28"/>
    </w:rPr>
  </w:style>
  <w:style w:type="paragraph" w:styleId="Balk2">
    <w:name w:val="heading 2"/>
    <w:basedOn w:val="Normal"/>
    <w:next w:val="Normal"/>
    <w:link w:val="Balk2Char"/>
    <w:uiPriority w:val="9"/>
    <w:unhideWhenUsed/>
    <w:qFormat/>
    <w:rsid w:val="00FC693F"/>
    <w:pPr>
      <w:keepNext/>
      <w:keepLines/>
      <w:spacing w:before="200" w:after="100"/>
      <w:outlineLvl w:val="1"/>
    </w:pPr>
    <w:rPr>
      <w:rFonts w:asciiTheme="majorHAnsi" w:eastAsiaTheme="majorEastAsia" w:hAnsiTheme="majorHAnsi" w:cstheme="majorBidi"/>
      <w:b/>
      <w:bCs/>
      <w:color w:val="147783"/>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nstruction">
    <w:name w:val="Instruction"/>
    <w:pPr>
      <w:spacing w:after="100" w:line="240" w:lineRule="auto"/>
    </w:pPr>
    <w:rPr>
      <w:rFonts w:ascii="Times New Roman" w:eastAsia="Times New Roman" w:hAnsi="Times New Roman"/>
      <w:i/>
      <w:color w:val="5F5F5F"/>
      <w:sz w:val="20"/>
    </w:rPr>
  </w:style>
  <w:style w:type="paragraph" w:customStyle="1" w:styleId="SmallNote">
    <w:name w:val="Small Note"/>
    <w:rPr>
      <w:rFonts w:ascii="Times New Roman" w:eastAsia="Times New Roman" w:hAnsi="Times New Roman"/>
      <w:i/>
      <w:color w:val="505050"/>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972</Words>
  <Characters>5544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ENGR450 Progress Report Template</dc:title>
  <dc:subject>ENGR450 Engineering Application on Site - Progress Report</dc:subject>
  <dc:creator>Ankara Yildirim Beyazit University</dc:creator>
  <cp:keywords/>
  <dc:description>generated by python-docx</dc:description>
  <cp:lastModifiedBy>Yağmur Arıöz</cp:lastModifiedBy>
  <cp:revision>2</cp:revision>
  <dcterms:created xsi:type="dcterms:W3CDTF">2026-09-23T10:34:00Z</dcterms:created>
  <dcterms:modified xsi:type="dcterms:W3CDTF">2026-09-23T10:34:00Z</dcterms:modified>
  <cp:category/>
</cp:coreProperties>
</file>