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00A7D2" w14:textId="77777777" w:rsidR="000B5A06" w:rsidRDefault="000B5A06">
      <w:pPr>
        <w:spacing w:after="0"/>
        <w:jc w:val="center"/>
        <w:rPr>
          <w:b/>
        </w:rPr>
      </w:pPr>
    </w:p>
    <w:p w14:paraId="61794685" w14:textId="6DD5F40E" w:rsidR="005C4A1F" w:rsidRDefault="00000000">
      <w:pPr>
        <w:spacing w:after="0"/>
        <w:jc w:val="center"/>
      </w:pPr>
      <w:r>
        <w:rPr>
          <w:b/>
        </w:rPr>
        <w:t>T.C.</w:t>
      </w:r>
    </w:p>
    <w:p w14:paraId="04933E67" w14:textId="77777777" w:rsidR="005C4A1F" w:rsidRDefault="00000000">
      <w:pPr>
        <w:spacing w:after="0"/>
        <w:jc w:val="center"/>
      </w:pPr>
      <w:r>
        <w:rPr>
          <w:b/>
          <w:sz w:val="24"/>
        </w:rPr>
        <w:t>ANKARA YILDIRIM BEYAZIT ÜNİVERSİTESİ</w:t>
      </w:r>
    </w:p>
    <w:p w14:paraId="1FCD9FFB" w14:textId="77777777" w:rsidR="005C4A1F" w:rsidRDefault="00000000">
      <w:pPr>
        <w:spacing w:after="0"/>
        <w:jc w:val="center"/>
      </w:pPr>
      <w:r>
        <w:rPr>
          <w:b/>
          <w:sz w:val="22"/>
        </w:rPr>
        <w:t>MÜHENDİSLİK VE DOĞA BİLİMLERİ FAKÜLTESİ</w:t>
      </w:r>
    </w:p>
    <w:p w14:paraId="2E7F1A41" w14:textId="77777777" w:rsidR="005C4A1F" w:rsidRDefault="00000000">
      <w:pPr>
        <w:spacing w:after="60"/>
        <w:jc w:val="center"/>
      </w:pPr>
      <w:r>
        <w:rPr>
          <w:b/>
          <w:sz w:val="22"/>
        </w:rPr>
        <w:t>ENDÜSTRİ MÜHENDİSLİĞİ BÖLÜMÜ</w:t>
      </w:r>
    </w:p>
    <w:p w14:paraId="5D1F00AF" w14:textId="77777777" w:rsidR="005C4A1F" w:rsidRDefault="00000000">
      <w:pPr>
        <w:spacing w:after="140"/>
        <w:jc w:val="center"/>
      </w:pPr>
      <w:r>
        <w:rPr>
          <w:b/>
          <w:sz w:val="26"/>
        </w:rPr>
        <w:t>ENGR450 İŞLETMEDE MESLEKİ EĞİTİM DEĞERLENDİRME FORMU</w:t>
      </w:r>
    </w:p>
    <w:p w14:paraId="542387FC" w14:textId="77777777" w:rsidR="000B5A06" w:rsidRDefault="000B5A06">
      <w:pPr>
        <w:spacing w:after="100"/>
        <w:jc w:val="both"/>
        <w:rPr>
          <w:b/>
        </w:rPr>
      </w:pPr>
    </w:p>
    <w:p w14:paraId="1215EA9B" w14:textId="77777777" w:rsidR="000B5A06" w:rsidRDefault="000B5A06">
      <w:pPr>
        <w:spacing w:after="100"/>
        <w:jc w:val="both"/>
        <w:rPr>
          <w:b/>
        </w:rPr>
      </w:pPr>
    </w:p>
    <w:p w14:paraId="096A27F2" w14:textId="00BA9C97" w:rsidR="005C4A1F" w:rsidRDefault="00000000">
      <w:pPr>
        <w:spacing w:after="100"/>
        <w:jc w:val="both"/>
      </w:pPr>
      <w:r>
        <w:rPr>
          <w:b/>
        </w:rPr>
        <w:t xml:space="preserve">İlgiliye, </w:t>
      </w:r>
      <w:r>
        <w:t>Bu form, öğrencinin ENGR450 İşletmede Mesleki Eğitim süresince göstermiş olduğu mesleki ve profesyonel performansın değerlendirilmesi amacıyla hazırlanmıştır. Formun, öğrenciden sorumlu firma danışmanı tarafından doldurulup imzalanması ve kapalı zarf içerisinde öğrenciye teslim edilmesi rica olunur.</w:t>
      </w:r>
    </w:p>
    <w:tbl>
      <w:tblPr>
        <w:tblStyle w:val="TabloKlavuzu"/>
        <w:tblW w:w="0" w:type="auto"/>
        <w:jc w:val="center"/>
        <w:tblLook w:val="04A0" w:firstRow="1" w:lastRow="0" w:firstColumn="1" w:lastColumn="0" w:noHBand="0" w:noVBand="1"/>
      </w:tblPr>
      <w:tblGrid>
        <w:gridCol w:w="5208"/>
        <w:gridCol w:w="5208"/>
      </w:tblGrid>
      <w:tr w:rsidR="005C4A1F" w14:paraId="6476443A" w14:textId="77777777">
        <w:trPr>
          <w:cantSplit/>
          <w:jc w:val="center"/>
        </w:trPr>
        <w:tc>
          <w:tcPr>
            <w:tcW w:w="5213" w:type="dxa"/>
            <w:shd w:val="clear" w:color="auto" w:fill="EAF2F8"/>
            <w:tcMar>
              <w:top w:w="80" w:type="dxa"/>
              <w:left w:w="90" w:type="dxa"/>
              <w:bottom w:w="80" w:type="dxa"/>
              <w:right w:w="90" w:type="dxa"/>
            </w:tcMar>
            <w:vAlign w:val="center"/>
          </w:tcPr>
          <w:p w14:paraId="488B37BF" w14:textId="77777777" w:rsidR="005C4A1F" w:rsidRDefault="00000000">
            <w:r>
              <w:rPr>
                <w:b/>
              </w:rPr>
              <w:t>Öğrencinin Adı Soyadı</w:t>
            </w:r>
          </w:p>
        </w:tc>
        <w:tc>
          <w:tcPr>
            <w:tcW w:w="5213" w:type="dxa"/>
            <w:tcMar>
              <w:top w:w="80" w:type="dxa"/>
              <w:left w:w="90" w:type="dxa"/>
              <w:bottom w:w="80" w:type="dxa"/>
              <w:right w:w="90" w:type="dxa"/>
            </w:tcMar>
            <w:vAlign w:val="center"/>
          </w:tcPr>
          <w:p w14:paraId="1FE66325" w14:textId="77777777" w:rsidR="005C4A1F" w:rsidRDefault="005C4A1F"/>
        </w:tc>
      </w:tr>
      <w:tr w:rsidR="005C4A1F" w14:paraId="113CB7EC" w14:textId="77777777">
        <w:trPr>
          <w:cantSplit/>
          <w:jc w:val="center"/>
        </w:trPr>
        <w:tc>
          <w:tcPr>
            <w:tcW w:w="5213" w:type="dxa"/>
            <w:shd w:val="clear" w:color="auto" w:fill="EAF2F8"/>
            <w:tcMar>
              <w:top w:w="80" w:type="dxa"/>
              <w:left w:w="90" w:type="dxa"/>
              <w:bottom w:w="80" w:type="dxa"/>
              <w:right w:w="90" w:type="dxa"/>
            </w:tcMar>
            <w:vAlign w:val="center"/>
          </w:tcPr>
          <w:p w14:paraId="28245158" w14:textId="77777777" w:rsidR="005C4A1F" w:rsidRDefault="00000000">
            <w:r>
              <w:rPr>
                <w:b/>
              </w:rPr>
              <w:t>Öğrenci Numarası</w:t>
            </w:r>
          </w:p>
        </w:tc>
        <w:tc>
          <w:tcPr>
            <w:tcW w:w="5213" w:type="dxa"/>
            <w:tcMar>
              <w:top w:w="80" w:type="dxa"/>
              <w:left w:w="90" w:type="dxa"/>
              <w:bottom w:w="80" w:type="dxa"/>
              <w:right w:w="90" w:type="dxa"/>
            </w:tcMar>
            <w:vAlign w:val="center"/>
          </w:tcPr>
          <w:p w14:paraId="14516281" w14:textId="77777777" w:rsidR="005C4A1F" w:rsidRDefault="005C4A1F"/>
        </w:tc>
      </w:tr>
      <w:tr w:rsidR="005C4A1F" w14:paraId="22BF99B3" w14:textId="77777777">
        <w:trPr>
          <w:cantSplit/>
          <w:jc w:val="center"/>
        </w:trPr>
        <w:tc>
          <w:tcPr>
            <w:tcW w:w="5213" w:type="dxa"/>
            <w:shd w:val="clear" w:color="auto" w:fill="EAF2F8"/>
            <w:tcMar>
              <w:top w:w="80" w:type="dxa"/>
              <w:left w:w="90" w:type="dxa"/>
              <w:bottom w:w="80" w:type="dxa"/>
              <w:right w:w="90" w:type="dxa"/>
            </w:tcMar>
            <w:vAlign w:val="center"/>
          </w:tcPr>
          <w:p w14:paraId="61689008" w14:textId="77777777" w:rsidR="005C4A1F" w:rsidRDefault="00000000">
            <w:r>
              <w:rPr>
                <w:b/>
              </w:rPr>
              <w:t>Kuruluş / Firma Adı</w:t>
            </w:r>
          </w:p>
        </w:tc>
        <w:tc>
          <w:tcPr>
            <w:tcW w:w="5213" w:type="dxa"/>
            <w:tcMar>
              <w:top w:w="80" w:type="dxa"/>
              <w:left w:w="90" w:type="dxa"/>
              <w:bottom w:w="80" w:type="dxa"/>
              <w:right w:w="90" w:type="dxa"/>
            </w:tcMar>
            <w:vAlign w:val="center"/>
          </w:tcPr>
          <w:p w14:paraId="036A5EB3" w14:textId="77777777" w:rsidR="005C4A1F" w:rsidRDefault="005C4A1F"/>
        </w:tc>
      </w:tr>
      <w:tr w:rsidR="005C4A1F" w14:paraId="4130BF3A" w14:textId="77777777">
        <w:trPr>
          <w:cantSplit/>
          <w:jc w:val="center"/>
        </w:trPr>
        <w:tc>
          <w:tcPr>
            <w:tcW w:w="5213" w:type="dxa"/>
            <w:shd w:val="clear" w:color="auto" w:fill="EAF2F8"/>
            <w:tcMar>
              <w:top w:w="80" w:type="dxa"/>
              <w:left w:w="90" w:type="dxa"/>
              <w:bottom w:w="80" w:type="dxa"/>
              <w:right w:w="90" w:type="dxa"/>
            </w:tcMar>
            <w:vAlign w:val="center"/>
          </w:tcPr>
          <w:p w14:paraId="2B7822FF" w14:textId="77777777" w:rsidR="005C4A1F" w:rsidRDefault="00000000">
            <w:r>
              <w:rPr>
                <w:b/>
              </w:rPr>
              <w:t>Kuruluş / Firma Adresi</w:t>
            </w:r>
          </w:p>
        </w:tc>
        <w:tc>
          <w:tcPr>
            <w:tcW w:w="5213" w:type="dxa"/>
            <w:tcMar>
              <w:top w:w="80" w:type="dxa"/>
              <w:left w:w="90" w:type="dxa"/>
              <w:bottom w:w="80" w:type="dxa"/>
              <w:right w:w="90" w:type="dxa"/>
            </w:tcMar>
            <w:vAlign w:val="center"/>
          </w:tcPr>
          <w:p w14:paraId="3AE3689A" w14:textId="77777777" w:rsidR="005C4A1F" w:rsidRDefault="005C4A1F"/>
        </w:tc>
      </w:tr>
      <w:tr w:rsidR="005C4A1F" w14:paraId="0A604A14" w14:textId="77777777">
        <w:trPr>
          <w:cantSplit/>
          <w:jc w:val="center"/>
        </w:trPr>
        <w:tc>
          <w:tcPr>
            <w:tcW w:w="5213" w:type="dxa"/>
            <w:shd w:val="clear" w:color="auto" w:fill="EAF2F8"/>
            <w:tcMar>
              <w:top w:w="80" w:type="dxa"/>
              <w:left w:w="90" w:type="dxa"/>
              <w:bottom w:w="80" w:type="dxa"/>
              <w:right w:w="90" w:type="dxa"/>
            </w:tcMar>
            <w:vAlign w:val="center"/>
          </w:tcPr>
          <w:p w14:paraId="0624E166" w14:textId="77777777" w:rsidR="005C4A1F" w:rsidRDefault="00000000">
            <w:r>
              <w:rPr>
                <w:b/>
              </w:rPr>
              <w:t>İşletmede Mesleki Eğitim Tarihleri</w:t>
            </w:r>
          </w:p>
        </w:tc>
        <w:tc>
          <w:tcPr>
            <w:tcW w:w="5213" w:type="dxa"/>
            <w:tcMar>
              <w:top w:w="80" w:type="dxa"/>
              <w:left w:w="90" w:type="dxa"/>
              <w:bottom w:w="80" w:type="dxa"/>
              <w:right w:w="90" w:type="dxa"/>
            </w:tcMar>
            <w:vAlign w:val="center"/>
          </w:tcPr>
          <w:p w14:paraId="4FE7CAEA" w14:textId="77777777" w:rsidR="005C4A1F" w:rsidRDefault="00000000">
            <w:r>
              <w:t>Başlangıç: …… / …… / …………      Bitiş: …… / …… / …………</w:t>
            </w:r>
          </w:p>
        </w:tc>
      </w:tr>
    </w:tbl>
    <w:p w14:paraId="0AA1EAD5" w14:textId="77777777" w:rsidR="000B5A06" w:rsidRDefault="000B5A06">
      <w:pPr>
        <w:spacing w:before="100" w:after="60"/>
        <w:rPr>
          <w:b/>
          <w:sz w:val="22"/>
        </w:rPr>
      </w:pPr>
    </w:p>
    <w:p w14:paraId="2B06974A" w14:textId="267B626E" w:rsidR="005C4A1F" w:rsidRDefault="00000000">
      <w:pPr>
        <w:spacing w:before="100" w:after="60"/>
      </w:pPr>
      <w:r>
        <w:rPr>
          <w:b/>
          <w:sz w:val="22"/>
        </w:rPr>
        <w:t>A. Öğrencinin Genel Davranış ve İş Disiplinine İlişkin Değerlendirme</w:t>
      </w:r>
    </w:p>
    <w:tbl>
      <w:tblPr>
        <w:tblStyle w:val="TabloKlavuzu"/>
        <w:tblW w:w="0" w:type="auto"/>
        <w:jc w:val="center"/>
        <w:tblLook w:val="04A0" w:firstRow="1" w:lastRow="0" w:firstColumn="1" w:lastColumn="0" w:noHBand="0" w:noVBand="1"/>
      </w:tblPr>
      <w:tblGrid>
        <w:gridCol w:w="2084"/>
        <w:gridCol w:w="2083"/>
        <w:gridCol w:w="2083"/>
        <w:gridCol w:w="2083"/>
        <w:gridCol w:w="2083"/>
      </w:tblGrid>
      <w:tr w:rsidR="005C4A1F" w14:paraId="3FC9740D" w14:textId="77777777">
        <w:trPr>
          <w:cantSplit/>
          <w:jc w:val="center"/>
        </w:trPr>
        <w:tc>
          <w:tcPr>
            <w:tcW w:w="2085" w:type="dxa"/>
            <w:shd w:val="clear" w:color="auto" w:fill="D9EAD3"/>
            <w:tcMar>
              <w:top w:w="80" w:type="dxa"/>
              <w:left w:w="90" w:type="dxa"/>
              <w:bottom w:w="80" w:type="dxa"/>
              <w:right w:w="90" w:type="dxa"/>
            </w:tcMar>
          </w:tcPr>
          <w:p w14:paraId="36E6CA4D" w14:textId="77777777" w:rsidR="005C4A1F" w:rsidRDefault="00000000">
            <w:pPr>
              <w:jc w:val="center"/>
            </w:pPr>
            <w:r>
              <w:rPr>
                <w:b/>
              </w:rPr>
              <w:t>Değerlendirme Kriteri</w:t>
            </w:r>
          </w:p>
        </w:tc>
        <w:tc>
          <w:tcPr>
            <w:tcW w:w="2085" w:type="dxa"/>
            <w:shd w:val="clear" w:color="auto" w:fill="D9EAD3"/>
            <w:tcMar>
              <w:top w:w="80" w:type="dxa"/>
              <w:left w:w="90" w:type="dxa"/>
              <w:bottom w:w="80" w:type="dxa"/>
              <w:right w:w="90" w:type="dxa"/>
            </w:tcMar>
          </w:tcPr>
          <w:p w14:paraId="4EEBAC56" w14:textId="77777777" w:rsidR="005C4A1F" w:rsidRDefault="00000000">
            <w:pPr>
              <w:jc w:val="center"/>
            </w:pPr>
            <w:r>
              <w:rPr>
                <w:b/>
              </w:rPr>
              <w:t>Çok İyi</w:t>
            </w:r>
          </w:p>
        </w:tc>
        <w:tc>
          <w:tcPr>
            <w:tcW w:w="2085" w:type="dxa"/>
            <w:shd w:val="clear" w:color="auto" w:fill="D9EAD3"/>
            <w:tcMar>
              <w:top w:w="80" w:type="dxa"/>
              <w:left w:w="90" w:type="dxa"/>
              <w:bottom w:w="80" w:type="dxa"/>
              <w:right w:w="90" w:type="dxa"/>
            </w:tcMar>
          </w:tcPr>
          <w:p w14:paraId="423F3A35" w14:textId="77777777" w:rsidR="005C4A1F" w:rsidRDefault="00000000">
            <w:pPr>
              <w:jc w:val="center"/>
            </w:pPr>
            <w:r>
              <w:rPr>
                <w:b/>
              </w:rPr>
              <w:t>İyi</w:t>
            </w:r>
          </w:p>
        </w:tc>
        <w:tc>
          <w:tcPr>
            <w:tcW w:w="2085" w:type="dxa"/>
            <w:shd w:val="clear" w:color="auto" w:fill="D9EAD3"/>
            <w:tcMar>
              <w:top w:w="80" w:type="dxa"/>
              <w:left w:w="90" w:type="dxa"/>
              <w:bottom w:w="80" w:type="dxa"/>
              <w:right w:w="90" w:type="dxa"/>
            </w:tcMar>
          </w:tcPr>
          <w:p w14:paraId="0EA8CA5D" w14:textId="77777777" w:rsidR="005C4A1F" w:rsidRDefault="00000000">
            <w:pPr>
              <w:jc w:val="center"/>
            </w:pPr>
            <w:r>
              <w:rPr>
                <w:b/>
              </w:rPr>
              <w:t>Orta</w:t>
            </w:r>
          </w:p>
        </w:tc>
        <w:tc>
          <w:tcPr>
            <w:tcW w:w="2085" w:type="dxa"/>
            <w:shd w:val="clear" w:color="auto" w:fill="D9EAD3"/>
            <w:tcMar>
              <w:top w:w="80" w:type="dxa"/>
              <w:left w:w="90" w:type="dxa"/>
              <w:bottom w:w="80" w:type="dxa"/>
              <w:right w:w="90" w:type="dxa"/>
            </w:tcMar>
          </w:tcPr>
          <w:p w14:paraId="7C6813B8" w14:textId="77777777" w:rsidR="005C4A1F" w:rsidRDefault="00000000">
            <w:pPr>
              <w:jc w:val="center"/>
            </w:pPr>
            <w:r>
              <w:rPr>
                <w:b/>
              </w:rPr>
              <w:t>Zayıf</w:t>
            </w:r>
          </w:p>
        </w:tc>
      </w:tr>
      <w:tr w:rsidR="005C4A1F" w14:paraId="521653DB" w14:textId="77777777">
        <w:trPr>
          <w:cantSplit/>
          <w:jc w:val="center"/>
        </w:trPr>
        <w:tc>
          <w:tcPr>
            <w:tcW w:w="2085" w:type="dxa"/>
            <w:tcMar>
              <w:top w:w="80" w:type="dxa"/>
              <w:left w:w="90" w:type="dxa"/>
              <w:bottom w:w="80" w:type="dxa"/>
              <w:right w:w="90" w:type="dxa"/>
            </w:tcMar>
            <w:vAlign w:val="center"/>
          </w:tcPr>
          <w:p w14:paraId="2E75FA74" w14:textId="77777777" w:rsidR="005C4A1F" w:rsidRDefault="00000000">
            <w:r>
              <w:t>İş disiplini ve sorumluluk bilinci</w:t>
            </w:r>
          </w:p>
        </w:tc>
        <w:tc>
          <w:tcPr>
            <w:tcW w:w="2085" w:type="dxa"/>
            <w:tcMar>
              <w:top w:w="80" w:type="dxa"/>
              <w:left w:w="90" w:type="dxa"/>
              <w:bottom w:w="80" w:type="dxa"/>
              <w:right w:w="90" w:type="dxa"/>
            </w:tcMar>
            <w:vAlign w:val="center"/>
          </w:tcPr>
          <w:p w14:paraId="7F1604E9" w14:textId="77777777" w:rsidR="005C4A1F" w:rsidRDefault="00000000">
            <w:pPr>
              <w:jc w:val="center"/>
            </w:pPr>
            <w:r>
              <w:t>☐</w:t>
            </w:r>
          </w:p>
        </w:tc>
        <w:tc>
          <w:tcPr>
            <w:tcW w:w="2085" w:type="dxa"/>
            <w:tcMar>
              <w:top w:w="80" w:type="dxa"/>
              <w:left w:w="90" w:type="dxa"/>
              <w:bottom w:w="80" w:type="dxa"/>
              <w:right w:w="90" w:type="dxa"/>
            </w:tcMar>
            <w:vAlign w:val="center"/>
          </w:tcPr>
          <w:p w14:paraId="0AC75782" w14:textId="77777777" w:rsidR="005C4A1F" w:rsidRDefault="00000000">
            <w:pPr>
              <w:jc w:val="center"/>
            </w:pPr>
            <w:r>
              <w:t>☐</w:t>
            </w:r>
          </w:p>
        </w:tc>
        <w:tc>
          <w:tcPr>
            <w:tcW w:w="2085" w:type="dxa"/>
            <w:tcMar>
              <w:top w:w="80" w:type="dxa"/>
              <w:left w:w="90" w:type="dxa"/>
              <w:bottom w:w="80" w:type="dxa"/>
              <w:right w:w="90" w:type="dxa"/>
            </w:tcMar>
            <w:vAlign w:val="center"/>
          </w:tcPr>
          <w:p w14:paraId="1C74C941" w14:textId="77777777" w:rsidR="005C4A1F" w:rsidRDefault="00000000">
            <w:pPr>
              <w:jc w:val="center"/>
            </w:pPr>
            <w:r>
              <w:t>☐</w:t>
            </w:r>
          </w:p>
        </w:tc>
        <w:tc>
          <w:tcPr>
            <w:tcW w:w="2085" w:type="dxa"/>
            <w:tcMar>
              <w:top w:w="80" w:type="dxa"/>
              <w:left w:w="90" w:type="dxa"/>
              <w:bottom w:w="80" w:type="dxa"/>
              <w:right w:w="90" w:type="dxa"/>
            </w:tcMar>
            <w:vAlign w:val="center"/>
          </w:tcPr>
          <w:p w14:paraId="475990D7" w14:textId="77777777" w:rsidR="005C4A1F" w:rsidRDefault="00000000">
            <w:pPr>
              <w:jc w:val="center"/>
            </w:pPr>
            <w:r>
              <w:t>☐</w:t>
            </w:r>
          </w:p>
        </w:tc>
      </w:tr>
      <w:tr w:rsidR="005C4A1F" w14:paraId="37141BD7" w14:textId="77777777">
        <w:trPr>
          <w:cantSplit/>
          <w:jc w:val="center"/>
        </w:trPr>
        <w:tc>
          <w:tcPr>
            <w:tcW w:w="2085" w:type="dxa"/>
            <w:tcMar>
              <w:top w:w="80" w:type="dxa"/>
              <w:left w:w="90" w:type="dxa"/>
              <w:bottom w:w="80" w:type="dxa"/>
              <w:right w:w="90" w:type="dxa"/>
            </w:tcMar>
            <w:vAlign w:val="center"/>
          </w:tcPr>
          <w:p w14:paraId="3D9BEAE6" w14:textId="77777777" w:rsidR="005C4A1F" w:rsidRDefault="00000000">
            <w:r>
              <w:t>Çalışkanlık ve görevlere karşı isteklilik</w:t>
            </w:r>
          </w:p>
        </w:tc>
        <w:tc>
          <w:tcPr>
            <w:tcW w:w="2085" w:type="dxa"/>
            <w:tcMar>
              <w:top w:w="80" w:type="dxa"/>
              <w:left w:w="90" w:type="dxa"/>
              <w:bottom w:w="80" w:type="dxa"/>
              <w:right w:w="90" w:type="dxa"/>
            </w:tcMar>
            <w:vAlign w:val="center"/>
          </w:tcPr>
          <w:p w14:paraId="218F5A70" w14:textId="77777777" w:rsidR="005C4A1F" w:rsidRDefault="00000000">
            <w:pPr>
              <w:jc w:val="center"/>
            </w:pPr>
            <w:r>
              <w:t>☐</w:t>
            </w:r>
          </w:p>
        </w:tc>
        <w:tc>
          <w:tcPr>
            <w:tcW w:w="2085" w:type="dxa"/>
            <w:tcMar>
              <w:top w:w="80" w:type="dxa"/>
              <w:left w:w="90" w:type="dxa"/>
              <w:bottom w:w="80" w:type="dxa"/>
              <w:right w:w="90" w:type="dxa"/>
            </w:tcMar>
            <w:vAlign w:val="center"/>
          </w:tcPr>
          <w:p w14:paraId="138D4F36" w14:textId="77777777" w:rsidR="005C4A1F" w:rsidRDefault="00000000">
            <w:pPr>
              <w:jc w:val="center"/>
            </w:pPr>
            <w:r>
              <w:t>☐</w:t>
            </w:r>
          </w:p>
        </w:tc>
        <w:tc>
          <w:tcPr>
            <w:tcW w:w="2085" w:type="dxa"/>
            <w:tcMar>
              <w:top w:w="80" w:type="dxa"/>
              <w:left w:w="90" w:type="dxa"/>
              <w:bottom w:w="80" w:type="dxa"/>
              <w:right w:w="90" w:type="dxa"/>
            </w:tcMar>
            <w:vAlign w:val="center"/>
          </w:tcPr>
          <w:p w14:paraId="2F2479E6" w14:textId="77777777" w:rsidR="005C4A1F" w:rsidRDefault="00000000">
            <w:pPr>
              <w:jc w:val="center"/>
            </w:pPr>
            <w:r>
              <w:t>☐</w:t>
            </w:r>
          </w:p>
        </w:tc>
        <w:tc>
          <w:tcPr>
            <w:tcW w:w="2085" w:type="dxa"/>
            <w:tcMar>
              <w:top w:w="80" w:type="dxa"/>
              <w:left w:w="90" w:type="dxa"/>
              <w:bottom w:w="80" w:type="dxa"/>
              <w:right w:w="90" w:type="dxa"/>
            </w:tcMar>
            <w:vAlign w:val="center"/>
          </w:tcPr>
          <w:p w14:paraId="256537A3" w14:textId="77777777" w:rsidR="005C4A1F" w:rsidRDefault="00000000">
            <w:pPr>
              <w:jc w:val="center"/>
            </w:pPr>
            <w:r>
              <w:t>☐</w:t>
            </w:r>
          </w:p>
        </w:tc>
      </w:tr>
      <w:tr w:rsidR="005C4A1F" w14:paraId="48680CD7" w14:textId="77777777">
        <w:trPr>
          <w:cantSplit/>
          <w:jc w:val="center"/>
        </w:trPr>
        <w:tc>
          <w:tcPr>
            <w:tcW w:w="2085" w:type="dxa"/>
            <w:tcMar>
              <w:top w:w="80" w:type="dxa"/>
              <w:left w:w="90" w:type="dxa"/>
              <w:bottom w:w="80" w:type="dxa"/>
              <w:right w:w="90" w:type="dxa"/>
            </w:tcMar>
            <w:vAlign w:val="center"/>
          </w:tcPr>
          <w:p w14:paraId="197CE6B7" w14:textId="77777777" w:rsidR="005C4A1F" w:rsidRDefault="00000000">
            <w:r>
              <w:t>Kurum çalışanlarıyla iletişim ve ekip çalışması</w:t>
            </w:r>
          </w:p>
        </w:tc>
        <w:tc>
          <w:tcPr>
            <w:tcW w:w="2085" w:type="dxa"/>
            <w:tcMar>
              <w:top w:w="80" w:type="dxa"/>
              <w:left w:w="90" w:type="dxa"/>
              <w:bottom w:w="80" w:type="dxa"/>
              <w:right w:w="90" w:type="dxa"/>
            </w:tcMar>
            <w:vAlign w:val="center"/>
          </w:tcPr>
          <w:p w14:paraId="67ABCBA0" w14:textId="77777777" w:rsidR="005C4A1F" w:rsidRDefault="00000000">
            <w:pPr>
              <w:jc w:val="center"/>
            </w:pPr>
            <w:r>
              <w:t>☐</w:t>
            </w:r>
          </w:p>
        </w:tc>
        <w:tc>
          <w:tcPr>
            <w:tcW w:w="2085" w:type="dxa"/>
            <w:tcMar>
              <w:top w:w="80" w:type="dxa"/>
              <w:left w:w="90" w:type="dxa"/>
              <w:bottom w:w="80" w:type="dxa"/>
              <w:right w:w="90" w:type="dxa"/>
            </w:tcMar>
            <w:vAlign w:val="center"/>
          </w:tcPr>
          <w:p w14:paraId="44AFAE76" w14:textId="77777777" w:rsidR="005C4A1F" w:rsidRDefault="00000000">
            <w:pPr>
              <w:jc w:val="center"/>
            </w:pPr>
            <w:r>
              <w:t>☐</w:t>
            </w:r>
          </w:p>
        </w:tc>
        <w:tc>
          <w:tcPr>
            <w:tcW w:w="2085" w:type="dxa"/>
            <w:tcMar>
              <w:top w:w="80" w:type="dxa"/>
              <w:left w:w="90" w:type="dxa"/>
              <w:bottom w:w="80" w:type="dxa"/>
              <w:right w:w="90" w:type="dxa"/>
            </w:tcMar>
            <w:vAlign w:val="center"/>
          </w:tcPr>
          <w:p w14:paraId="22C4CFF1" w14:textId="77777777" w:rsidR="005C4A1F" w:rsidRDefault="00000000">
            <w:pPr>
              <w:jc w:val="center"/>
            </w:pPr>
            <w:r>
              <w:t>☐</w:t>
            </w:r>
          </w:p>
        </w:tc>
        <w:tc>
          <w:tcPr>
            <w:tcW w:w="2085" w:type="dxa"/>
            <w:tcMar>
              <w:top w:w="80" w:type="dxa"/>
              <w:left w:w="90" w:type="dxa"/>
              <w:bottom w:w="80" w:type="dxa"/>
              <w:right w:w="90" w:type="dxa"/>
            </w:tcMar>
            <w:vAlign w:val="center"/>
          </w:tcPr>
          <w:p w14:paraId="736A19AE" w14:textId="77777777" w:rsidR="005C4A1F" w:rsidRDefault="00000000">
            <w:pPr>
              <w:jc w:val="center"/>
            </w:pPr>
            <w:r>
              <w:t>☐</w:t>
            </w:r>
          </w:p>
        </w:tc>
      </w:tr>
      <w:tr w:rsidR="005C4A1F" w14:paraId="307924AA" w14:textId="77777777">
        <w:trPr>
          <w:cantSplit/>
          <w:jc w:val="center"/>
        </w:trPr>
        <w:tc>
          <w:tcPr>
            <w:tcW w:w="2085" w:type="dxa"/>
            <w:tcMar>
              <w:top w:w="80" w:type="dxa"/>
              <w:left w:w="90" w:type="dxa"/>
              <w:bottom w:w="80" w:type="dxa"/>
              <w:right w:w="90" w:type="dxa"/>
            </w:tcMar>
            <w:vAlign w:val="center"/>
          </w:tcPr>
          <w:p w14:paraId="5AC16BD8" w14:textId="77777777" w:rsidR="005C4A1F" w:rsidRDefault="00000000">
            <w:r>
              <w:t>İşyeri kurallarına ve iş sağlığı ve güvenliği kurallarına uyum</w:t>
            </w:r>
          </w:p>
        </w:tc>
        <w:tc>
          <w:tcPr>
            <w:tcW w:w="2085" w:type="dxa"/>
            <w:tcMar>
              <w:top w:w="80" w:type="dxa"/>
              <w:left w:w="90" w:type="dxa"/>
              <w:bottom w:w="80" w:type="dxa"/>
              <w:right w:w="90" w:type="dxa"/>
            </w:tcMar>
            <w:vAlign w:val="center"/>
          </w:tcPr>
          <w:p w14:paraId="49533235" w14:textId="77777777" w:rsidR="005C4A1F" w:rsidRDefault="00000000">
            <w:pPr>
              <w:jc w:val="center"/>
            </w:pPr>
            <w:r>
              <w:t>☐</w:t>
            </w:r>
          </w:p>
        </w:tc>
        <w:tc>
          <w:tcPr>
            <w:tcW w:w="2085" w:type="dxa"/>
            <w:tcMar>
              <w:top w:w="80" w:type="dxa"/>
              <w:left w:w="90" w:type="dxa"/>
              <w:bottom w:w="80" w:type="dxa"/>
              <w:right w:w="90" w:type="dxa"/>
            </w:tcMar>
            <w:vAlign w:val="center"/>
          </w:tcPr>
          <w:p w14:paraId="17B9F4F2" w14:textId="77777777" w:rsidR="005C4A1F" w:rsidRDefault="00000000">
            <w:pPr>
              <w:jc w:val="center"/>
            </w:pPr>
            <w:r>
              <w:t>☐</w:t>
            </w:r>
          </w:p>
        </w:tc>
        <w:tc>
          <w:tcPr>
            <w:tcW w:w="2085" w:type="dxa"/>
            <w:tcMar>
              <w:top w:w="80" w:type="dxa"/>
              <w:left w:w="90" w:type="dxa"/>
              <w:bottom w:w="80" w:type="dxa"/>
              <w:right w:w="90" w:type="dxa"/>
            </w:tcMar>
            <w:vAlign w:val="center"/>
          </w:tcPr>
          <w:p w14:paraId="53F6ABA6" w14:textId="77777777" w:rsidR="005C4A1F" w:rsidRDefault="00000000">
            <w:pPr>
              <w:jc w:val="center"/>
            </w:pPr>
            <w:r>
              <w:t>☐</w:t>
            </w:r>
          </w:p>
        </w:tc>
        <w:tc>
          <w:tcPr>
            <w:tcW w:w="2085" w:type="dxa"/>
            <w:tcMar>
              <w:top w:w="80" w:type="dxa"/>
              <w:left w:w="90" w:type="dxa"/>
              <w:bottom w:w="80" w:type="dxa"/>
              <w:right w:w="90" w:type="dxa"/>
            </w:tcMar>
            <w:vAlign w:val="center"/>
          </w:tcPr>
          <w:p w14:paraId="3923E0F0" w14:textId="77777777" w:rsidR="005C4A1F" w:rsidRDefault="00000000">
            <w:pPr>
              <w:jc w:val="center"/>
            </w:pPr>
            <w:r>
              <w:t>☐</w:t>
            </w:r>
          </w:p>
        </w:tc>
      </w:tr>
      <w:tr w:rsidR="005C4A1F" w14:paraId="1B3420BE" w14:textId="77777777">
        <w:trPr>
          <w:cantSplit/>
          <w:jc w:val="center"/>
        </w:trPr>
        <w:tc>
          <w:tcPr>
            <w:tcW w:w="2085" w:type="dxa"/>
            <w:tcMar>
              <w:top w:w="80" w:type="dxa"/>
              <w:left w:w="90" w:type="dxa"/>
              <w:bottom w:w="80" w:type="dxa"/>
              <w:right w:w="90" w:type="dxa"/>
            </w:tcMar>
            <w:vAlign w:val="center"/>
          </w:tcPr>
          <w:p w14:paraId="3280608E" w14:textId="77777777" w:rsidR="005C4A1F" w:rsidRDefault="00000000">
            <w:r>
              <w:t>Devam ve zaman yönetimi</w:t>
            </w:r>
          </w:p>
        </w:tc>
        <w:tc>
          <w:tcPr>
            <w:tcW w:w="2085" w:type="dxa"/>
            <w:tcMar>
              <w:top w:w="80" w:type="dxa"/>
              <w:left w:w="90" w:type="dxa"/>
              <w:bottom w:w="80" w:type="dxa"/>
              <w:right w:w="90" w:type="dxa"/>
            </w:tcMar>
            <w:vAlign w:val="center"/>
          </w:tcPr>
          <w:p w14:paraId="0204F66A" w14:textId="77777777" w:rsidR="005C4A1F" w:rsidRDefault="00000000">
            <w:pPr>
              <w:jc w:val="center"/>
            </w:pPr>
            <w:r>
              <w:t>☐</w:t>
            </w:r>
          </w:p>
        </w:tc>
        <w:tc>
          <w:tcPr>
            <w:tcW w:w="2085" w:type="dxa"/>
            <w:tcMar>
              <w:top w:w="80" w:type="dxa"/>
              <w:left w:w="90" w:type="dxa"/>
              <w:bottom w:w="80" w:type="dxa"/>
              <w:right w:w="90" w:type="dxa"/>
            </w:tcMar>
            <w:vAlign w:val="center"/>
          </w:tcPr>
          <w:p w14:paraId="136DF749" w14:textId="77777777" w:rsidR="005C4A1F" w:rsidRDefault="00000000">
            <w:pPr>
              <w:jc w:val="center"/>
            </w:pPr>
            <w:r>
              <w:t>☐</w:t>
            </w:r>
          </w:p>
        </w:tc>
        <w:tc>
          <w:tcPr>
            <w:tcW w:w="2085" w:type="dxa"/>
            <w:tcMar>
              <w:top w:w="80" w:type="dxa"/>
              <w:left w:w="90" w:type="dxa"/>
              <w:bottom w:w="80" w:type="dxa"/>
              <w:right w:w="90" w:type="dxa"/>
            </w:tcMar>
            <w:vAlign w:val="center"/>
          </w:tcPr>
          <w:p w14:paraId="7CB45687" w14:textId="77777777" w:rsidR="005C4A1F" w:rsidRDefault="00000000">
            <w:pPr>
              <w:jc w:val="center"/>
            </w:pPr>
            <w:r>
              <w:t>☐</w:t>
            </w:r>
          </w:p>
        </w:tc>
        <w:tc>
          <w:tcPr>
            <w:tcW w:w="2085" w:type="dxa"/>
            <w:tcMar>
              <w:top w:w="80" w:type="dxa"/>
              <w:left w:w="90" w:type="dxa"/>
              <w:bottom w:w="80" w:type="dxa"/>
              <w:right w:w="90" w:type="dxa"/>
            </w:tcMar>
            <w:vAlign w:val="center"/>
          </w:tcPr>
          <w:p w14:paraId="2D6873ED" w14:textId="77777777" w:rsidR="005C4A1F" w:rsidRDefault="00000000">
            <w:pPr>
              <w:jc w:val="center"/>
            </w:pPr>
            <w:r>
              <w:t>☐</w:t>
            </w:r>
          </w:p>
        </w:tc>
      </w:tr>
    </w:tbl>
    <w:p w14:paraId="682E8620" w14:textId="77777777" w:rsidR="000B5A06" w:rsidRDefault="000B5A06">
      <w:pPr>
        <w:spacing w:before="80" w:after="40"/>
        <w:rPr>
          <w:b/>
        </w:rPr>
      </w:pPr>
    </w:p>
    <w:p w14:paraId="39D8E41A" w14:textId="177E6D29" w:rsidR="005C4A1F" w:rsidRDefault="00000000">
      <w:pPr>
        <w:spacing w:before="80" w:after="40"/>
      </w:pPr>
      <w:r>
        <w:rPr>
          <w:b/>
        </w:rPr>
        <w:t>Varsa öğrencinin genel davranışına ilişkin görüşler:</w:t>
      </w:r>
    </w:p>
    <w:p w14:paraId="50B3936F" w14:textId="77777777" w:rsidR="005C4A1F" w:rsidRDefault="00000000">
      <w:pPr>
        <w:spacing w:after="40"/>
      </w:pPr>
      <w:r>
        <w:t>……………………………………………………………………………………………………………………………</w:t>
      </w:r>
    </w:p>
    <w:p w14:paraId="142BE8F0" w14:textId="77777777" w:rsidR="005C4A1F" w:rsidRDefault="00000000">
      <w:pPr>
        <w:spacing w:after="40"/>
      </w:pPr>
      <w:r>
        <w:t>……………………………………………………………………………………………………………………………</w:t>
      </w:r>
    </w:p>
    <w:p w14:paraId="7393E9F8" w14:textId="77777777" w:rsidR="005C4A1F" w:rsidRDefault="00000000">
      <w:pPr>
        <w:spacing w:after="40"/>
      </w:pPr>
      <w:r>
        <w:t>……………………………………………………………………………………………………………………………</w:t>
      </w:r>
    </w:p>
    <w:p w14:paraId="0C83C46F" w14:textId="77777777" w:rsidR="005C4A1F" w:rsidRPr="000B5A06" w:rsidRDefault="00000000">
      <w:pPr>
        <w:pageBreakBefore/>
        <w:spacing w:after="20" w:line="228" w:lineRule="auto"/>
        <w:rPr>
          <w:sz w:val="22"/>
        </w:rPr>
      </w:pPr>
      <w:r w:rsidRPr="000B5A06">
        <w:rPr>
          <w:b/>
          <w:sz w:val="22"/>
        </w:rPr>
        <w:lastRenderedPageBreak/>
        <w:t>B. Öğrencinin Mesleki ve Teknik Performansına İlişkin Değerlendirme</w:t>
      </w:r>
    </w:p>
    <w:tbl>
      <w:tblPr>
        <w:tblStyle w:val="TabloKlavuzu"/>
        <w:tblW w:w="0" w:type="auto"/>
        <w:jc w:val="center"/>
        <w:tblLook w:val="04A0" w:firstRow="1" w:lastRow="0" w:firstColumn="1" w:lastColumn="0" w:noHBand="0" w:noVBand="1"/>
      </w:tblPr>
      <w:tblGrid>
        <w:gridCol w:w="2084"/>
        <w:gridCol w:w="2083"/>
        <w:gridCol w:w="2083"/>
        <w:gridCol w:w="2083"/>
        <w:gridCol w:w="2083"/>
      </w:tblGrid>
      <w:tr w:rsidR="005C4A1F" w14:paraId="19A7B616" w14:textId="77777777">
        <w:trPr>
          <w:cantSplit/>
          <w:jc w:val="center"/>
        </w:trPr>
        <w:tc>
          <w:tcPr>
            <w:tcW w:w="2085" w:type="dxa"/>
            <w:shd w:val="clear" w:color="auto" w:fill="FFF2CC"/>
            <w:tcMar>
              <w:top w:w="40" w:type="dxa"/>
              <w:left w:w="65" w:type="dxa"/>
              <w:bottom w:w="40" w:type="dxa"/>
              <w:right w:w="65" w:type="dxa"/>
            </w:tcMar>
          </w:tcPr>
          <w:p w14:paraId="36139B2F" w14:textId="77777777" w:rsidR="005C4A1F" w:rsidRDefault="00000000">
            <w:pPr>
              <w:spacing w:line="216" w:lineRule="auto"/>
              <w:jc w:val="center"/>
            </w:pPr>
            <w:r>
              <w:rPr>
                <w:b/>
                <w:sz w:val="18"/>
              </w:rPr>
              <w:t>Değerlendirme Kriteri</w:t>
            </w:r>
          </w:p>
        </w:tc>
        <w:tc>
          <w:tcPr>
            <w:tcW w:w="2085" w:type="dxa"/>
            <w:shd w:val="clear" w:color="auto" w:fill="FFF2CC"/>
            <w:tcMar>
              <w:top w:w="40" w:type="dxa"/>
              <w:left w:w="65" w:type="dxa"/>
              <w:bottom w:w="40" w:type="dxa"/>
              <w:right w:w="65" w:type="dxa"/>
            </w:tcMar>
          </w:tcPr>
          <w:p w14:paraId="29353125" w14:textId="77777777" w:rsidR="005C4A1F" w:rsidRDefault="00000000">
            <w:pPr>
              <w:spacing w:line="216" w:lineRule="auto"/>
              <w:jc w:val="center"/>
            </w:pPr>
            <w:r>
              <w:rPr>
                <w:b/>
                <w:sz w:val="18"/>
              </w:rPr>
              <w:t>Çok İyi</w:t>
            </w:r>
          </w:p>
        </w:tc>
        <w:tc>
          <w:tcPr>
            <w:tcW w:w="2085" w:type="dxa"/>
            <w:shd w:val="clear" w:color="auto" w:fill="FFF2CC"/>
            <w:tcMar>
              <w:top w:w="40" w:type="dxa"/>
              <w:left w:w="65" w:type="dxa"/>
              <w:bottom w:w="40" w:type="dxa"/>
              <w:right w:w="65" w:type="dxa"/>
            </w:tcMar>
          </w:tcPr>
          <w:p w14:paraId="78AB0E76" w14:textId="77777777" w:rsidR="005C4A1F" w:rsidRDefault="00000000">
            <w:pPr>
              <w:spacing w:line="216" w:lineRule="auto"/>
              <w:jc w:val="center"/>
            </w:pPr>
            <w:r>
              <w:rPr>
                <w:b/>
                <w:sz w:val="18"/>
              </w:rPr>
              <w:t>İyi</w:t>
            </w:r>
          </w:p>
        </w:tc>
        <w:tc>
          <w:tcPr>
            <w:tcW w:w="2085" w:type="dxa"/>
            <w:shd w:val="clear" w:color="auto" w:fill="FFF2CC"/>
            <w:tcMar>
              <w:top w:w="40" w:type="dxa"/>
              <w:left w:w="65" w:type="dxa"/>
              <w:bottom w:w="40" w:type="dxa"/>
              <w:right w:w="65" w:type="dxa"/>
            </w:tcMar>
          </w:tcPr>
          <w:p w14:paraId="5556C3A5" w14:textId="77777777" w:rsidR="005C4A1F" w:rsidRDefault="00000000">
            <w:pPr>
              <w:spacing w:line="216" w:lineRule="auto"/>
              <w:jc w:val="center"/>
            </w:pPr>
            <w:r>
              <w:rPr>
                <w:b/>
                <w:sz w:val="18"/>
              </w:rPr>
              <w:t>Orta</w:t>
            </w:r>
          </w:p>
        </w:tc>
        <w:tc>
          <w:tcPr>
            <w:tcW w:w="2085" w:type="dxa"/>
            <w:shd w:val="clear" w:color="auto" w:fill="FFF2CC"/>
            <w:tcMar>
              <w:top w:w="40" w:type="dxa"/>
              <w:left w:w="65" w:type="dxa"/>
              <w:bottom w:w="40" w:type="dxa"/>
              <w:right w:w="65" w:type="dxa"/>
            </w:tcMar>
          </w:tcPr>
          <w:p w14:paraId="7C9C77AA" w14:textId="77777777" w:rsidR="005C4A1F" w:rsidRDefault="00000000">
            <w:pPr>
              <w:spacing w:line="216" w:lineRule="auto"/>
              <w:jc w:val="center"/>
            </w:pPr>
            <w:r>
              <w:rPr>
                <w:b/>
                <w:sz w:val="18"/>
              </w:rPr>
              <w:t>Zayıf</w:t>
            </w:r>
          </w:p>
        </w:tc>
      </w:tr>
      <w:tr w:rsidR="005C4A1F" w14:paraId="430D5C66" w14:textId="77777777">
        <w:trPr>
          <w:cantSplit/>
          <w:jc w:val="center"/>
        </w:trPr>
        <w:tc>
          <w:tcPr>
            <w:tcW w:w="2085" w:type="dxa"/>
            <w:tcMar>
              <w:top w:w="40" w:type="dxa"/>
              <w:left w:w="65" w:type="dxa"/>
              <w:bottom w:w="40" w:type="dxa"/>
              <w:right w:w="65" w:type="dxa"/>
            </w:tcMar>
            <w:vAlign w:val="center"/>
          </w:tcPr>
          <w:p w14:paraId="52013140" w14:textId="77777777" w:rsidR="005C4A1F" w:rsidRDefault="00000000">
            <w:pPr>
              <w:spacing w:line="216" w:lineRule="auto"/>
            </w:pPr>
            <w:r>
              <w:rPr>
                <w:sz w:val="18"/>
              </w:rPr>
              <w:t>Verilen işi kavrama ve uygulama becerisi</w:t>
            </w:r>
          </w:p>
        </w:tc>
        <w:tc>
          <w:tcPr>
            <w:tcW w:w="2085" w:type="dxa"/>
            <w:tcMar>
              <w:top w:w="40" w:type="dxa"/>
              <w:left w:w="65" w:type="dxa"/>
              <w:bottom w:w="40" w:type="dxa"/>
              <w:right w:w="65" w:type="dxa"/>
            </w:tcMar>
            <w:vAlign w:val="center"/>
          </w:tcPr>
          <w:p w14:paraId="12CB3420"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189B7B3B"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1FD3447A"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06F6BF16" w14:textId="77777777" w:rsidR="005C4A1F" w:rsidRDefault="00000000">
            <w:pPr>
              <w:spacing w:line="216" w:lineRule="auto"/>
              <w:jc w:val="center"/>
            </w:pPr>
            <w:r>
              <w:rPr>
                <w:sz w:val="18"/>
              </w:rPr>
              <w:t>☐</w:t>
            </w:r>
          </w:p>
        </w:tc>
      </w:tr>
      <w:tr w:rsidR="005C4A1F" w14:paraId="6EEA5987" w14:textId="77777777">
        <w:trPr>
          <w:cantSplit/>
          <w:jc w:val="center"/>
        </w:trPr>
        <w:tc>
          <w:tcPr>
            <w:tcW w:w="2085" w:type="dxa"/>
            <w:tcMar>
              <w:top w:w="40" w:type="dxa"/>
              <w:left w:w="65" w:type="dxa"/>
              <w:bottom w:w="40" w:type="dxa"/>
              <w:right w:w="65" w:type="dxa"/>
            </w:tcMar>
            <w:vAlign w:val="center"/>
          </w:tcPr>
          <w:p w14:paraId="729E91BD" w14:textId="77777777" w:rsidR="005C4A1F" w:rsidRDefault="00000000">
            <w:pPr>
              <w:spacing w:line="216" w:lineRule="auto"/>
            </w:pPr>
            <w:r>
              <w:rPr>
                <w:sz w:val="18"/>
              </w:rPr>
              <w:t>Analitik düşünme ve problem çözme becerisi</w:t>
            </w:r>
          </w:p>
        </w:tc>
        <w:tc>
          <w:tcPr>
            <w:tcW w:w="2085" w:type="dxa"/>
            <w:tcMar>
              <w:top w:w="40" w:type="dxa"/>
              <w:left w:w="65" w:type="dxa"/>
              <w:bottom w:w="40" w:type="dxa"/>
              <w:right w:w="65" w:type="dxa"/>
            </w:tcMar>
            <w:vAlign w:val="center"/>
          </w:tcPr>
          <w:p w14:paraId="4849F3F3"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58208785"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72FBD5C6"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424512AD" w14:textId="77777777" w:rsidR="005C4A1F" w:rsidRDefault="00000000">
            <w:pPr>
              <w:spacing w:line="216" w:lineRule="auto"/>
              <w:jc w:val="center"/>
            </w:pPr>
            <w:r>
              <w:rPr>
                <w:sz w:val="18"/>
              </w:rPr>
              <w:t>☐</w:t>
            </w:r>
          </w:p>
        </w:tc>
      </w:tr>
      <w:tr w:rsidR="005C4A1F" w14:paraId="49447BA9" w14:textId="77777777">
        <w:trPr>
          <w:cantSplit/>
          <w:jc w:val="center"/>
        </w:trPr>
        <w:tc>
          <w:tcPr>
            <w:tcW w:w="2085" w:type="dxa"/>
            <w:tcMar>
              <w:top w:w="40" w:type="dxa"/>
              <w:left w:w="65" w:type="dxa"/>
              <w:bottom w:w="40" w:type="dxa"/>
              <w:right w:w="65" w:type="dxa"/>
            </w:tcMar>
            <w:vAlign w:val="center"/>
          </w:tcPr>
          <w:p w14:paraId="2F79725A" w14:textId="77777777" w:rsidR="005C4A1F" w:rsidRDefault="00000000">
            <w:pPr>
              <w:spacing w:line="216" w:lineRule="auto"/>
            </w:pPr>
            <w:r>
              <w:rPr>
                <w:sz w:val="18"/>
              </w:rPr>
              <w:t>Veri toplama, analiz etme ve sonuçları yorumlama becerisi</w:t>
            </w:r>
          </w:p>
        </w:tc>
        <w:tc>
          <w:tcPr>
            <w:tcW w:w="2085" w:type="dxa"/>
            <w:tcMar>
              <w:top w:w="40" w:type="dxa"/>
              <w:left w:w="65" w:type="dxa"/>
              <w:bottom w:w="40" w:type="dxa"/>
              <w:right w:w="65" w:type="dxa"/>
            </w:tcMar>
            <w:vAlign w:val="center"/>
          </w:tcPr>
          <w:p w14:paraId="6124A628"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560746F7"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703A43ED"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064CBEE8" w14:textId="77777777" w:rsidR="005C4A1F" w:rsidRDefault="00000000">
            <w:pPr>
              <w:spacing w:line="216" w:lineRule="auto"/>
              <w:jc w:val="center"/>
            </w:pPr>
            <w:r>
              <w:rPr>
                <w:sz w:val="18"/>
              </w:rPr>
              <w:t>☐</w:t>
            </w:r>
          </w:p>
        </w:tc>
      </w:tr>
      <w:tr w:rsidR="005C4A1F" w14:paraId="7135EBDD" w14:textId="77777777">
        <w:trPr>
          <w:cantSplit/>
          <w:jc w:val="center"/>
        </w:trPr>
        <w:tc>
          <w:tcPr>
            <w:tcW w:w="2085" w:type="dxa"/>
            <w:tcMar>
              <w:top w:w="40" w:type="dxa"/>
              <w:left w:w="65" w:type="dxa"/>
              <w:bottom w:w="40" w:type="dxa"/>
              <w:right w:w="65" w:type="dxa"/>
            </w:tcMar>
            <w:vAlign w:val="center"/>
          </w:tcPr>
          <w:p w14:paraId="6348D0C5" w14:textId="77777777" w:rsidR="005C4A1F" w:rsidRDefault="00000000">
            <w:pPr>
              <w:spacing w:line="216" w:lineRule="auto"/>
            </w:pPr>
            <w:r>
              <w:rPr>
                <w:sz w:val="18"/>
              </w:rPr>
              <w:t>Süreçleri analiz etme ve iyileştirme yaklaşımı</w:t>
            </w:r>
          </w:p>
        </w:tc>
        <w:tc>
          <w:tcPr>
            <w:tcW w:w="2085" w:type="dxa"/>
            <w:tcMar>
              <w:top w:w="40" w:type="dxa"/>
              <w:left w:w="65" w:type="dxa"/>
              <w:bottom w:w="40" w:type="dxa"/>
              <w:right w:w="65" w:type="dxa"/>
            </w:tcMar>
            <w:vAlign w:val="center"/>
          </w:tcPr>
          <w:p w14:paraId="7B7DEF41"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29507AB7"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0F8079C1"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4ECB883A" w14:textId="77777777" w:rsidR="005C4A1F" w:rsidRDefault="00000000">
            <w:pPr>
              <w:spacing w:line="216" w:lineRule="auto"/>
              <w:jc w:val="center"/>
            </w:pPr>
            <w:r>
              <w:rPr>
                <w:sz w:val="18"/>
              </w:rPr>
              <w:t>☐</w:t>
            </w:r>
          </w:p>
        </w:tc>
      </w:tr>
      <w:tr w:rsidR="005C4A1F" w14:paraId="3CE3827B" w14:textId="77777777">
        <w:trPr>
          <w:cantSplit/>
          <w:jc w:val="center"/>
        </w:trPr>
        <w:tc>
          <w:tcPr>
            <w:tcW w:w="2085" w:type="dxa"/>
            <w:tcMar>
              <w:top w:w="40" w:type="dxa"/>
              <w:left w:w="65" w:type="dxa"/>
              <w:bottom w:w="40" w:type="dxa"/>
              <w:right w:w="65" w:type="dxa"/>
            </w:tcMar>
            <w:vAlign w:val="center"/>
          </w:tcPr>
          <w:p w14:paraId="3CA67279" w14:textId="77777777" w:rsidR="005C4A1F" w:rsidRDefault="00000000">
            <w:pPr>
              <w:spacing w:line="216" w:lineRule="auto"/>
            </w:pPr>
            <w:r>
              <w:rPr>
                <w:sz w:val="18"/>
              </w:rPr>
              <w:t>Endüstri Mühendisliği yöntem ve araçlarını kullanabilme becerisi</w:t>
            </w:r>
          </w:p>
        </w:tc>
        <w:tc>
          <w:tcPr>
            <w:tcW w:w="2085" w:type="dxa"/>
            <w:tcMar>
              <w:top w:w="40" w:type="dxa"/>
              <w:left w:w="65" w:type="dxa"/>
              <w:bottom w:w="40" w:type="dxa"/>
              <w:right w:w="65" w:type="dxa"/>
            </w:tcMar>
            <w:vAlign w:val="center"/>
          </w:tcPr>
          <w:p w14:paraId="58826917"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1E068F18"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7CAC493B"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78826181" w14:textId="77777777" w:rsidR="005C4A1F" w:rsidRDefault="00000000">
            <w:pPr>
              <w:spacing w:line="216" w:lineRule="auto"/>
              <w:jc w:val="center"/>
            </w:pPr>
            <w:r>
              <w:rPr>
                <w:sz w:val="18"/>
              </w:rPr>
              <w:t>☐</w:t>
            </w:r>
          </w:p>
        </w:tc>
      </w:tr>
      <w:tr w:rsidR="005C4A1F" w14:paraId="41B1DF17" w14:textId="77777777">
        <w:trPr>
          <w:cantSplit/>
          <w:jc w:val="center"/>
        </w:trPr>
        <w:tc>
          <w:tcPr>
            <w:tcW w:w="2085" w:type="dxa"/>
            <w:tcMar>
              <w:top w:w="40" w:type="dxa"/>
              <w:left w:w="65" w:type="dxa"/>
              <w:bottom w:w="40" w:type="dxa"/>
              <w:right w:w="65" w:type="dxa"/>
            </w:tcMar>
            <w:vAlign w:val="center"/>
          </w:tcPr>
          <w:p w14:paraId="7F1182D2" w14:textId="77777777" w:rsidR="005C4A1F" w:rsidRDefault="00000000">
            <w:pPr>
              <w:spacing w:line="216" w:lineRule="auto"/>
            </w:pPr>
            <w:r>
              <w:rPr>
                <w:sz w:val="18"/>
              </w:rPr>
              <w:t>Kullanılan yazılım, analiz araçları ve teknik uygulamalara uyum</w:t>
            </w:r>
          </w:p>
        </w:tc>
        <w:tc>
          <w:tcPr>
            <w:tcW w:w="2085" w:type="dxa"/>
            <w:tcMar>
              <w:top w:w="40" w:type="dxa"/>
              <w:left w:w="65" w:type="dxa"/>
              <w:bottom w:w="40" w:type="dxa"/>
              <w:right w:w="65" w:type="dxa"/>
            </w:tcMar>
            <w:vAlign w:val="center"/>
          </w:tcPr>
          <w:p w14:paraId="5DD49FD5"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41049DCC"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692678C4"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03F3F95C" w14:textId="77777777" w:rsidR="005C4A1F" w:rsidRDefault="00000000">
            <w:pPr>
              <w:spacing w:line="216" w:lineRule="auto"/>
              <w:jc w:val="center"/>
            </w:pPr>
            <w:r>
              <w:rPr>
                <w:sz w:val="18"/>
              </w:rPr>
              <w:t>☐</w:t>
            </w:r>
          </w:p>
        </w:tc>
      </w:tr>
      <w:tr w:rsidR="005C4A1F" w14:paraId="71E420EF" w14:textId="77777777">
        <w:trPr>
          <w:cantSplit/>
          <w:jc w:val="center"/>
        </w:trPr>
        <w:tc>
          <w:tcPr>
            <w:tcW w:w="2085" w:type="dxa"/>
            <w:tcMar>
              <w:top w:w="40" w:type="dxa"/>
              <w:left w:w="65" w:type="dxa"/>
              <w:bottom w:w="40" w:type="dxa"/>
              <w:right w:w="65" w:type="dxa"/>
            </w:tcMar>
            <w:vAlign w:val="center"/>
          </w:tcPr>
          <w:p w14:paraId="5FC856B0" w14:textId="77777777" w:rsidR="005C4A1F" w:rsidRDefault="00000000">
            <w:pPr>
              <w:spacing w:line="216" w:lineRule="auto"/>
            </w:pPr>
            <w:r>
              <w:rPr>
                <w:sz w:val="18"/>
              </w:rPr>
              <w:t>Çalışmalarını planlı, düzenli ve zamanında yürütme becerisi</w:t>
            </w:r>
          </w:p>
        </w:tc>
        <w:tc>
          <w:tcPr>
            <w:tcW w:w="2085" w:type="dxa"/>
            <w:tcMar>
              <w:top w:w="40" w:type="dxa"/>
              <w:left w:w="65" w:type="dxa"/>
              <w:bottom w:w="40" w:type="dxa"/>
              <w:right w:w="65" w:type="dxa"/>
            </w:tcMar>
            <w:vAlign w:val="center"/>
          </w:tcPr>
          <w:p w14:paraId="23B275E8"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10620234"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1AFB2BDB"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30CE356B" w14:textId="77777777" w:rsidR="005C4A1F" w:rsidRDefault="00000000">
            <w:pPr>
              <w:spacing w:line="216" w:lineRule="auto"/>
              <w:jc w:val="center"/>
            </w:pPr>
            <w:r>
              <w:rPr>
                <w:sz w:val="18"/>
              </w:rPr>
              <w:t>☐</w:t>
            </w:r>
          </w:p>
        </w:tc>
      </w:tr>
      <w:tr w:rsidR="005C4A1F" w14:paraId="7A4D76AB" w14:textId="77777777">
        <w:trPr>
          <w:cantSplit/>
          <w:jc w:val="center"/>
        </w:trPr>
        <w:tc>
          <w:tcPr>
            <w:tcW w:w="2085" w:type="dxa"/>
            <w:tcMar>
              <w:top w:w="40" w:type="dxa"/>
              <w:left w:w="65" w:type="dxa"/>
              <w:bottom w:w="40" w:type="dxa"/>
              <w:right w:w="65" w:type="dxa"/>
            </w:tcMar>
            <w:vAlign w:val="center"/>
          </w:tcPr>
          <w:p w14:paraId="57D07393" w14:textId="77777777" w:rsidR="005C4A1F" w:rsidRDefault="00000000">
            <w:pPr>
              <w:spacing w:line="216" w:lineRule="auto"/>
            </w:pPr>
            <w:r>
              <w:rPr>
                <w:sz w:val="18"/>
              </w:rPr>
              <w:t>Mühendislik problemlerine çözüm geliştirme ve iyileştirme önerisi sunma becerisi</w:t>
            </w:r>
          </w:p>
        </w:tc>
        <w:tc>
          <w:tcPr>
            <w:tcW w:w="2085" w:type="dxa"/>
            <w:tcMar>
              <w:top w:w="40" w:type="dxa"/>
              <w:left w:w="65" w:type="dxa"/>
              <w:bottom w:w="40" w:type="dxa"/>
              <w:right w:w="65" w:type="dxa"/>
            </w:tcMar>
            <w:vAlign w:val="center"/>
          </w:tcPr>
          <w:p w14:paraId="72EEA6E4"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48856686"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40BAF986" w14:textId="77777777" w:rsidR="005C4A1F" w:rsidRDefault="00000000">
            <w:pPr>
              <w:spacing w:line="216" w:lineRule="auto"/>
              <w:jc w:val="center"/>
            </w:pPr>
            <w:r>
              <w:rPr>
                <w:sz w:val="18"/>
              </w:rPr>
              <w:t>☐</w:t>
            </w:r>
          </w:p>
        </w:tc>
        <w:tc>
          <w:tcPr>
            <w:tcW w:w="2085" w:type="dxa"/>
            <w:tcMar>
              <w:top w:w="40" w:type="dxa"/>
              <w:left w:w="65" w:type="dxa"/>
              <w:bottom w:w="40" w:type="dxa"/>
              <w:right w:w="65" w:type="dxa"/>
            </w:tcMar>
            <w:vAlign w:val="center"/>
          </w:tcPr>
          <w:p w14:paraId="60035129" w14:textId="77777777" w:rsidR="005C4A1F" w:rsidRDefault="00000000">
            <w:pPr>
              <w:spacing w:line="216" w:lineRule="auto"/>
              <w:jc w:val="center"/>
            </w:pPr>
            <w:r>
              <w:rPr>
                <w:sz w:val="18"/>
              </w:rPr>
              <w:t>☐</w:t>
            </w:r>
          </w:p>
        </w:tc>
      </w:tr>
    </w:tbl>
    <w:p w14:paraId="2AEFF8E8" w14:textId="77777777" w:rsidR="000B5A06" w:rsidRDefault="000B5A06">
      <w:pPr>
        <w:spacing w:after="20" w:line="228" w:lineRule="auto"/>
        <w:rPr>
          <w:b/>
          <w:sz w:val="19"/>
        </w:rPr>
      </w:pPr>
    </w:p>
    <w:p w14:paraId="08CE8A17" w14:textId="6793C4C0" w:rsidR="005C4A1F" w:rsidRPr="000B5A06" w:rsidRDefault="00000000">
      <w:pPr>
        <w:spacing w:after="20" w:line="228" w:lineRule="auto"/>
        <w:rPr>
          <w:szCs w:val="20"/>
        </w:rPr>
      </w:pPr>
      <w:r w:rsidRPr="000B5A06">
        <w:rPr>
          <w:b/>
          <w:szCs w:val="20"/>
        </w:rPr>
        <w:t xml:space="preserve">Öğrencinin yürüttüğü çalışmalar kuruma katkı sağlamış mıdır?   </w:t>
      </w:r>
      <w:r w:rsidRPr="000B5A06">
        <w:rPr>
          <w:szCs w:val="20"/>
        </w:rPr>
        <w:t>☐ Evet     ☐ Kısmen     ☐ Hayır</w:t>
      </w:r>
    </w:p>
    <w:p w14:paraId="76945384" w14:textId="77777777" w:rsidR="005C4A1F" w:rsidRPr="000B5A06" w:rsidRDefault="00000000">
      <w:pPr>
        <w:spacing w:after="20" w:line="228" w:lineRule="auto"/>
        <w:rPr>
          <w:szCs w:val="20"/>
        </w:rPr>
      </w:pPr>
      <w:r w:rsidRPr="000B5A06">
        <w:rPr>
          <w:b/>
          <w:szCs w:val="20"/>
        </w:rPr>
        <w:t>C. Genel Değerlendirme</w:t>
      </w:r>
    </w:p>
    <w:p w14:paraId="3354F3E1" w14:textId="77777777" w:rsidR="005C4A1F" w:rsidRPr="000B5A06" w:rsidRDefault="00000000">
      <w:pPr>
        <w:spacing w:after="20" w:line="228" w:lineRule="auto"/>
        <w:rPr>
          <w:szCs w:val="20"/>
        </w:rPr>
      </w:pPr>
      <w:r w:rsidRPr="000B5A06">
        <w:rPr>
          <w:b/>
          <w:szCs w:val="20"/>
        </w:rPr>
        <w:t xml:space="preserve">Öğrenci ENGR450 İşletmede Mesleki Eğitim sürecini başarıyla tamamlamış mıdır?   </w:t>
      </w:r>
      <w:r w:rsidRPr="000B5A06">
        <w:rPr>
          <w:szCs w:val="20"/>
        </w:rPr>
        <w:t>☐ Evet     ☐ Hayır</w:t>
      </w:r>
    </w:p>
    <w:p w14:paraId="5D1CBB34" w14:textId="77777777" w:rsidR="005C4A1F" w:rsidRPr="000B5A06" w:rsidRDefault="00000000">
      <w:pPr>
        <w:spacing w:after="20" w:line="228" w:lineRule="auto"/>
        <w:rPr>
          <w:szCs w:val="20"/>
        </w:rPr>
      </w:pPr>
      <w:r w:rsidRPr="000B5A06">
        <w:rPr>
          <w:b/>
          <w:szCs w:val="20"/>
        </w:rPr>
        <w:t xml:space="preserve">Öğrencinin genel performans notu: </w:t>
      </w:r>
      <w:r w:rsidRPr="000B5A06">
        <w:rPr>
          <w:szCs w:val="20"/>
        </w:rPr>
        <w:t>………… / 100</w:t>
      </w:r>
    </w:p>
    <w:p w14:paraId="3246AA22" w14:textId="77777777" w:rsidR="005C4A1F" w:rsidRPr="000B5A06" w:rsidRDefault="00000000">
      <w:pPr>
        <w:spacing w:after="20" w:line="228" w:lineRule="auto"/>
        <w:rPr>
          <w:szCs w:val="20"/>
        </w:rPr>
      </w:pPr>
      <w:r w:rsidRPr="000B5A06">
        <w:rPr>
          <w:b/>
          <w:szCs w:val="20"/>
        </w:rPr>
        <w:t>Firma danışmanının öğrenci hakkındaki genel görüşü:</w:t>
      </w:r>
    </w:p>
    <w:p w14:paraId="5BF9B7F0" w14:textId="77777777" w:rsidR="005C4A1F" w:rsidRDefault="00000000">
      <w:pPr>
        <w:spacing w:after="20" w:line="228" w:lineRule="auto"/>
      </w:pPr>
      <w:r>
        <w:rPr>
          <w:sz w:val="19"/>
        </w:rPr>
        <w:t>……………………………………………………………………………………………………………………………</w:t>
      </w:r>
    </w:p>
    <w:p w14:paraId="16124702" w14:textId="77777777" w:rsidR="005C4A1F" w:rsidRDefault="00000000">
      <w:pPr>
        <w:spacing w:after="20" w:line="228" w:lineRule="auto"/>
      </w:pPr>
      <w:r>
        <w:rPr>
          <w:sz w:val="19"/>
        </w:rPr>
        <w:t>……………………………………………………………………………………………………………………………</w:t>
      </w:r>
    </w:p>
    <w:p w14:paraId="434EC221" w14:textId="77777777" w:rsidR="000B5A06" w:rsidRDefault="000B5A06">
      <w:pPr>
        <w:spacing w:after="20" w:line="228" w:lineRule="auto"/>
        <w:rPr>
          <w:b/>
          <w:sz w:val="19"/>
        </w:rPr>
      </w:pPr>
    </w:p>
    <w:p w14:paraId="523CF785" w14:textId="77777777" w:rsidR="000B5A06" w:rsidRPr="000B5A06" w:rsidRDefault="000B5A06">
      <w:pPr>
        <w:spacing w:after="20" w:line="228" w:lineRule="auto"/>
        <w:rPr>
          <w:b/>
          <w:szCs w:val="20"/>
        </w:rPr>
      </w:pPr>
    </w:p>
    <w:p w14:paraId="563AE2E1" w14:textId="3F7A4F32" w:rsidR="005C4A1F" w:rsidRPr="000B5A06" w:rsidRDefault="00000000">
      <w:pPr>
        <w:spacing w:after="20" w:line="228" w:lineRule="auto"/>
        <w:rPr>
          <w:szCs w:val="20"/>
        </w:rPr>
      </w:pPr>
      <w:r w:rsidRPr="000B5A06">
        <w:rPr>
          <w:b/>
          <w:szCs w:val="20"/>
        </w:rPr>
        <w:t>Firma Danışmanı</w:t>
      </w:r>
    </w:p>
    <w:tbl>
      <w:tblPr>
        <w:tblStyle w:val="TabloKlavuzu"/>
        <w:tblW w:w="0" w:type="auto"/>
        <w:jc w:val="center"/>
        <w:tblLook w:val="04A0" w:firstRow="1" w:lastRow="0" w:firstColumn="1" w:lastColumn="0" w:noHBand="0" w:noVBand="1"/>
      </w:tblPr>
      <w:tblGrid>
        <w:gridCol w:w="5208"/>
        <w:gridCol w:w="5208"/>
      </w:tblGrid>
      <w:tr w:rsidR="005C4A1F" w:rsidRPr="000B5A06" w14:paraId="7222D3B0" w14:textId="77777777" w:rsidTr="000B5A06">
        <w:trPr>
          <w:cantSplit/>
          <w:trHeight w:val="621"/>
          <w:jc w:val="center"/>
        </w:trPr>
        <w:tc>
          <w:tcPr>
            <w:tcW w:w="5213" w:type="dxa"/>
            <w:shd w:val="clear" w:color="auto" w:fill="EAF2F8"/>
            <w:tcMar>
              <w:top w:w="40" w:type="dxa"/>
              <w:left w:w="65" w:type="dxa"/>
              <w:bottom w:w="40" w:type="dxa"/>
              <w:right w:w="65" w:type="dxa"/>
            </w:tcMar>
            <w:vAlign w:val="center"/>
          </w:tcPr>
          <w:p w14:paraId="2C1EB2B2" w14:textId="77777777" w:rsidR="005C4A1F" w:rsidRPr="000B5A06" w:rsidRDefault="00000000">
            <w:pPr>
              <w:spacing w:line="216" w:lineRule="auto"/>
              <w:rPr>
                <w:szCs w:val="20"/>
              </w:rPr>
            </w:pPr>
            <w:r w:rsidRPr="000B5A06">
              <w:rPr>
                <w:b/>
                <w:szCs w:val="20"/>
              </w:rPr>
              <w:t>Adı Soyadı</w:t>
            </w:r>
          </w:p>
        </w:tc>
        <w:tc>
          <w:tcPr>
            <w:tcW w:w="5213" w:type="dxa"/>
            <w:tcMar>
              <w:top w:w="40" w:type="dxa"/>
              <w:left w:w="65" w:type="dxa"/>
              <w:bottom w:w="40" w:type="dxa"/>
              <w:right w:w="65" w:type="dxa"/>
            </w:tcMar>
            <w:vAlign w:val="center"/>
          </w:tcPr>
          <w:p w14:paraId="30BA3227" w14:textId="11D1E337" w:rsidR="005C4A1F" w:rsidRPr="000B5A06" w:rsidRDefault="005C4A1F">
            <w:pPr>
              <w:spacing w:line="216" w:lineRule="auto"/>
              <w:rPr>
                <w:szCs w:val="20"/>
              </w:rPr>
            </w:pPr>
          </w:p>
        </w:tc>
      </w:tr>
      <w:tr w:rsidR="005C4A1F" w:rsidRPr="000B5A06" w14:paraId="4C4F3101" w14:textId="77777777" w:rsidTr="000B5A06">
        <w:trPr>
          <w:cantSplit/>
          <w:trHeight w:val="621"/>
          <w:jc w:val="center"/>
        </w:trPr>
        <w:tc>
          <w:tcPr>
            <w:tcW w:w="5213" w:type="dxa"/>
            <w:shd w:val="clear" w:color="auto" w:fill="EAF2F8"/>
            <w:tcMar>
              <w:top w:w="40" w:type="dxa"/>
              <w:left w:w="65" w:type="dxa"/>
              <w:bottom w:w="40" w:type="dxa"/>
              <w:right w:w="65" w:type="dxa"/>
            </w:tcMar>
            <w:vAlign w:val="center"/>
          </w:tcPr>
          <w:p w14:paraId="3D1FF8C1" w14:textId="77777777" w:rsidR="005C4A1F" w:rsidRPr="000B5A06" w:rsidRDefault="00000000">
            <w:pPr>
              <w:spacing w:line="216" w:lineRule="auto"/>
              <w:rPr>
                <w:szCs w:val="20"/>
              </w:rPr>
            </w:pPr>
            <w:r w:rsidRPr="000B5A06">
              <w:rPr>
                <w:b/>
                <w:szCs w:val="20"/>
              </w:rPr>
              <w:t>Görevi / Ünvanı</w:t>
            </w:r>
          </w:p>
        </w:tc>
        <w:tc>
          <w:tcPr>
            <w:tcW w:w="5213" w:type="dxa"/>
            <w:tcMar>
              <w:top w:w="40" w:type="dxa"/>
              <w:left w:w="65" w:type="dxa"/>
              <w:bottom w:w="40" w:type="dxa"/>
              <w:right w:w="65" w:type="dxa"/>
            </w:tcMar>
            <w:vAlign w:val="center"/>
          </w:tcPr>
          <w:p w14:paraId="0E96DAA9" w14:textId="3D1527F4" w:rsidR="005C4A1F" w:rsidRPr="000B5A06" w:rsidRDefault="005C4A1F">
            <w:pPr>
              <w:spacing w:line="216" w:lineRule="auto"/>
              <w:rPr>
                <w:szCs w:val="20"/>
              </w:rPr>
            </w:pPr>
          </w:p>
        </w:tc>
      </w:tr>
      <w:tr w:rsidR="005C4A1F" w:rsidRPr="000B5A06" w14:paraId="31A7AAAB" w14:textId="77777777" w:rsidTr="000B5A06">
        <w:trPr>
          <w:cantSplit/>
          <w:trHeight w:val="621"/>
          <w:jc w:val="center"/>
        </w:trPr>
        <w:tc>
          <w:tcPr>
            <w:tcW w:w="5213" w:type="dxa"/>
            <w:shd w:val="clear" w:color="auto" w:fill="EAF2F8"/>
            <w:tcMar>
              <w:top w:w="40" w:type="dxa"/>
              <w:left w:w="65" w:type="dxa"/>
              <w:bottom w:w="40" w:type="dxa"/>
              <w:right w:w="65" w:type="dxa"/>
            </w:tcMar>
            <w:vAlign w:val="center"/>
          </w:tcPr>
          <w:p w14:paraId="1517C244" w14:textId="77777777" w:rsidR="005C4A1F" w:rsidRPr="000B5A06" w:rsidRDefault="00000000">
            <w:pPr>
              <w:spacing w:line="216" w:lineRule="auto"/>
              <w:rPr>
                <w:szCs w:val="20"/>
              </w:rPr>
            </w:pPr>
            <w:r w:rsidRPr="000B5A06">
              <w:rPr>
                <w:b/>
                <w:szCs w:val="20"/>
              </w:rPr>
              <w:t>Mesleği</w:t>
            </w:r>
          </w:p>
        </w:tc>
        <w:tc>
          <w:tcPr>
            <w:tcW w:w="5213" w:type="dxa"/>
            <w:tcMar>
              <w:top w:w="40" w:type="dxa"/>
              <w:left w:w="65" w:type="dxa"/>
              <w:bottom w:w="40" w:type="dxa"/>
              <w:right w:w="65" w:type="dxa"/>
            </w:tcMar>
            <w:vAlign w:val="center"/>
          </w:tcPr>
          <w:p w14:paraId="4B846872" w14:textId="7F6FF8A6" w:rsidR="005C4A1F" w:rsidRPr="000B5A06" w:rsidRDefault="005C4A1F">
            <w:pPr>
              <w:spacing w:line="216" w:lineRule="auto"/>
              <w:rPr>
                <w:szCs w:val="20"/>
              </w:rPr>
            </w:pPr>
          </w:p>
        </w:tc>
      </w:tr>
      <w:tr w:rsidR="005C4A1F" w:rsidRPr="000B5A06" w14:paraId="421CF5CE" w14:textId="77777777" w:rsidTr="000B5A06">
        <w:trPr>
          <w:cantSplit/>
          <w:trHeight w:val="621"/>
          <w:jc w:val="center"/>
        </w:trPr>
        <w:tc>
          <w:tcPr>
            <w:tcW w:w="5213" w:type="dxa"/>
            <w:shd w:val="clear" w:color="auto" w:fill="EAF2F8"/>
            <w:tcMar>
              <w:top w:w="40" w:type="dxa"/>
              <w:left w:w="65" w:type="dxa"/>
              <w:bottom w:w="40" w:type="dxa"/>
              <w:right w:w="65" w:type="dxa"/>
            </w:tcMar>
            <w:vAlign w:val="center"/>
          </w:tcPr>
          <w:p w14:paraId="084B2004" w14:textId="77777777" w:rsidR="005C4A1F" w:rsidRPr="000B5A06" w:rsidRDefault="00000000">
            <w:pPr>
              <w:spacing w:line="216" w:lineRule="auto"/>
              <w:rPr>
                <w:szCs w:val="20"/>
              </w:rPr>
            </w:pPr>
            <w:r w:rsidRPr="000B5A06">
              <w:rPr>
                <w:b/>
                <w:szCs w:val="20"/>
              </w:rPr>
              <w:t>E-posta / Telefon</w:t>
            </w:r>
          </w:p>
        </w:tc>
        <w:tc>
          <w:tcPr>
            <w:tcW w:w="5213" w:type="dxa"/>
            <w:tcMar>
              <w:top w:w="40" w:type="dxa"/>
              <w:left w:w="65" w:type="dxa"/>
              <w:bottom w:w="40" w:type="dxa"/>
              <w:right w:w="65" w:type="dxa"/>
            </w:tcMar>
            <w:vAlign w:val="center"/>
          </w:tcPr>
          <w:p w14:paraId="4517EE47" w14:textId="7E37C889" w:rsidR="005C4A1F" w:rsidRPr="000B5A06" w:rsidRDefault="005C4A1F">
            <w:pPr>
              <w:spacing w:line="216" w:lineRule="auto"/>
              <w:rPr>
                <w:szCs w:val="20"/>
              </w:rPr>
            </w:pPr>
          </w:p>
        </w:tc>
      </w:tr>
      <w:tr w:rsidR="005C4A1F" w:rsidRPr="000B5A06" w14:paraId="053FA3CC" w14:textId="77777777" w:rsidTr="000B5A06">
        <w:trPr>
          <w:cantSplit/>
          <w:trHeight w:val="621"/>
          <w:jc w:val="center"/>
        </w:trPr>
        <w:tc>
          <w:tcPr>
            <w:tcW w:w="5213" w:type="dxa"/>
            <w:shd w:val="clear" w:color="auto" w:fill="EAF2F8"/>
            <w:tcMar>
              <w:top w:w="40" w:type="dxa"/>
              <w:left w:w="65" w:type="dxa"/>
              <w:bottom w:w="40" w:type="dxa"/>
              <w:right w:w="65" w:type="dxa"/>
            </w:tcMar>
            <w:vAlign w:val="center"/>
          </w:tcPr>
          <w:p w14:paraId="6C0EBBC5" w14:textId="77777777" w:rsidR="005C4A1F" w:rsidRPr="000B5A06" w:rsidRDefault="00000000">
            <w:pPr>
              <w:spacing w:line="216" w:lineRule="auto"/>
              <w:rPr>
                <w:szCs w:val="20"/>
              </w:rPr>
            </w:pPr>
            <w:r w:rsidRPr="000B5A06">
              <w:rPr>
                <w:b/>
                <w:szCs w:val="20"/>
              </w:rPr>
              <w:t>Tarih</w:t>
            </w:r>
          </w:p>
        </w:tc>
        <w:tc>
          <w:tcPr>
            <w:tcW w:w="5213" w:type="dxa"/>
            <w:tcMar>
              <w:top w:w="40" w:type="dxa"/>
              <w:left w:w="65" w:type="dxa"/>
              <w:bottom w:w="40" w:type="dxa"/>
              <w:right w:w="65" w:type="dxa"/>
            </w:tcMar>
            <w:vAlign w:val="center"/>
          </w:tcPr>
          <w:p w14:paraId="0C466FE7" w14:textId="12CDDA2E" w:rsidR="005C4A1F" w:rsidRPr="000B5A06" w:rsidRDefault="005C4A1F">
            <w:pPr>
              <w:spacing w:line="216" w:lineRule="auto"/>
              <w:rPr>
                <w:szCs w:val="20"/>
              </w:rPr>
            </w:pPr>
          </w:p>
        </w:tc>
      </w:tr>
      <w:tr w:rsidR="005C4A1F" w:rsidRPr="000B5A06" w14:paraId="49B6D806" w14:textId="77777777" w:rsidTr="000B5A06">
        <w:trPr>
          <w:cantSplit/>
          <w:trHeight w:val="621"/>
          <w:jc w:val="center"/>
        </w:trPr>
        <w:tc>
          <w:tcPr>
            <w:tcW w:w="5213" w:type="dxa"/>
            <w:shd w:val="clear" w:color="auto" w:fill="EAF2F8"/>
            <w:tcMar>
              <w:top w:w="40" w:type="dxa"/>
              <w:left w:w="65" w:type="dxa"/>
              <w:bottom w:w="40" w:type="dxa"/>
              <w:right w:w="65" w:type="dxa"/>
            </w:tcMar>
            <w:vAlign w:val="center"/>
          </w:tcPr>
          <w:p w14:paraId="341D6216" w14:textId="77777777" w:rsidR="005C4A1F" w:rsidRPr="000B5A06" w:rsidRDefault="00000000">
            <w:pPr>
              <w:spacing w:line="216" w:lineRule="auto"/>
              <w:rPr>
                <w:b/>
                <w:szCs w:val="20"/>
              </w:rPr>
            </w:pPr>
            <w:r w:rsidRPr="000B5A06">
              <w:rPr>
                <w:b/>
                <w:szCs w:val="20"/>
              </w:rPr>
              <w:t>İmza / Kaşe</w:t>
            </w:r>
          </w:p>
          <w:p w14:paraId="4F2BC32F" w14:textId="77777777" w:rsidR="000B5A06" w:rsidRPr="000B5A06" w:rsidRDefault="000B5A06">
            <w:pPr>
              <w:spacing w:line="216" w:lineRule="auto"/>
              <w:rPr>
                <w:b/>
                <w:szCs w:val="20"/>
              </w:rPr>
            </w:pPr>
          </w:p>
          <w:p w14:paraId="757B8965" w14:textId="77777777" w:rsidR="000B5A06" w:rsidRPr="000B5A06" w:rsidRDefault="000B5A06">
            <w:pPr>
              <w:spacing w:line="216" w:lineRule="auto"/>
              <w:rPr>
                <w:szCs w:val="20"/>
              </w:rPr>
            </w:pPr>
          </w:p>
        </w:tc>
        <w:tc>
          <w:tcPr>
            <w:tcW w:w="5213" w:type="dxa"/>
            <w:tcMar>
              <w:top w:w="40" w:type="dxa"/>
              <w:left w:w="65" w:type="dxa"/>
              <w:bottom w:w="40" w:type="dxa"/>
              <w:right w:w="65" w:type="dxa"/>
            </w:tcMar>
            <w:vAlign w:val="center"/>
          </w:tcPr>
          <w:p w14:paraId="5BF44C17" w14:textId="77777777" w:rsidR="005C4A1F" w:rsidRPr="000B5A06" w:rsidRDefault="005C4A1F">
            <w:pPr>
              <w:spacing w:line="216" w:lineRule="auto"/>
              <w:rPr>
                <w:szCs w:val="20"/>
              </w:rPr>
            </w:pPr>
          </w:p>
          <w:p w14:paraId="20C8BA18" w14:textId="77777777" w:rsidR="000B5A06" w:rsidRPr="000B5A06" w:rsidRDefault="000B5A06">
            <w:pPr>
              <w:spacing w:line="216" w:lineRule="auto"/>
              <w:rPr>
                <w:szCs w:val="20"/>
              </w:rPr>
            </w:pPr>
          </w:p>
          <w:p w14:paraId="1F52E20D" w14:textId="0395D3D1" w:rsidR="000B5A06" w:rsidRPr="000B5A06" w:rsidRDefault="000B5A06">
            <w:pPr>
              <w:spacing w:line="216" w:lineRule="auto"/>
              <w:rPr>
                <w:szCs w:val="20"/>
              </w:rPr>
            </w:pPr>
          </w:p>
        </w:tc>
      </w:tr>
    </w:tbl>
    <w:p w14:paraId="068A4D14" w14:textId="77777777" w:rsidR="005C4A1F" w:rsidRDefault="00000000">
      <w:pPr>
        <w:spacing w:after="20" w:line="228" w:lineRule="auto"/>
        <w:jc w:val="center"/>
      </w:pPr>
      <w:r>
        <w:rPr>
          <w:i/>
          <w:sz w:val="18"/>
        </w:rPr>
        <w:t>Not: Form kapalı zarf içerisinde öğrenciye teslim edilmelidir.</w:t>
      </w:r>
    </w:p>
    <w:sectPr w:rsidR="005C4A1F" w:rsidSect="00034616">
      <w:pgSz w:w="12240" w:h="15840"/>
      <w:pgMar w:top="624" w:right="907" w:bottom="51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46189603">
    <w:abstractNumId w:val="8"/>
  </w:num>
  <w:num w:numId="2" w16cid:durableId="228924761">
    <w:abstractNumId w:val="6"/>
  </w:num>
  <w:num w:numId="3" w16cid:durableId="241064987">
    <w:abstractNumId w:val="5"/>
  </w:num>
  <w:num w:numId="4" w16cid:durableId="112946436">
    <w:abstractNumId w:val="4"/>
  </w:num>
  <w:num w:numId="5" w16cid:durableId="1560242438">
    <w:abstractNumId w:val="7"/>
  </w:num>
  <w:num w:numId="6" w16cid:durableId="692924498">
    <w:abstractNumId w:val="3"/>
  </w:num>
  <w:num w:numId="7" w16cid:durableId="1520925631">
    <w:abstractNumId w:val="2"/>
  </w:num>
  <w:num w:numId="8" w16cid:durableId="1276643019">
    <w:abstractNumId w:val="1"/>
  </w:num>
  <w:num w:numId="9" w16cid:durableId="60978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6"/>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A06"/>
    <w:rsid w:val="0015074B"/>
    <w:rsid w:val="0029639D"/>
    <w:rsid w:val="00326F90"/>
    <w:rsid w:val="00566BD9"/>
    <w:rsid w:val="005C4A1F"/>
    <w:rsid w:val="008D5FF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AA5872"/>
  <w14:defaultImageDpi w14:val="300"/>
  <w15:docId w15:val="{6F794391-4956-3147-BAB6-996C97E77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Yağmur Arıöz</cp:lastModifiedBy>
  <cp:revision>2</cp:revision>
  <dcterms:created xsi:type="dcterms:W3CDTF">2026-10-04T15:20:00Z</dcterms:created>
  <dcterms:modified xsi:type="dcterms:W3CDTF">2026-10-04T15:20:00Z</dcterms:modified>
  <cp:category/>
</cp:coreProperties>
</file>